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Pr="009F6847" w:rsidRDefault="00CA7D6E" w:rsidP="00CA7D6E">
      <w:pPr>
        <w:bidi/>
        <w:jc w:val="center"/>
        <w:rPr>
          <w:rFonts w:cs="B Nazanin"/>
          <w:b/>
          <w:bCs/>
          <w:sz w:val="40"/>
          <w:szCs w:val="40"/>
          <w:rtl/>
          <w:lang w:bidi="fa-IR"/>
        </w:rPr>
      </w:pPr>
      <w:r w:rsidRPr="009F6847">
        <w:rPr>
          <w:rFonts w:cs="B Nazanin" w:hint="cs"/>
          <w:b/>
          <w:bCs/>
          <w:sz w:val="40"/>
          <w:szCs w:val="40"/>
          <w:rtl/>
          <w:lang w:bidi="fa-IR"/>
        </w:rPr>
        <w:t>" درخواست مرخصی روزانه "</w:t>
      </w:r>
    </w:p>
    <w:p w:rsidR="003B2B9A" w:rsidRDefault="003B2B9A" w:rsidP="009F6847">
      <w:pPr>
        <w:bidi/>
        <w:rPr>
          <w:rFonts w:cs="B Nazanin"/>
          <w:sz w:val="40"/>
          <w:szCs w:val="40"/>
          <w:rtl/>
          <w:lang w:bidi="fa-IR"/>
        </w:rPr>
      </w:pPr>
    </w:p>
    <w:p w:rsidR="009F6847" w:rsidRDefault="009F6847" w:rsidP="003B2B9A">
      <w:pPr>
        <w:bidi/>
        <w:rPr>
          <w:rFonts w:cs="B Nazanin"/>
          <w:b/>
          <w:bCs/>
          <w:color w:val="A6A6A6" w:themeColor="background1" w:themeShade="A6"/>
          <w:sz w:val="24"/>
          <w:szCs w:val="24"/>
          <w:rtl/>
          <w:lang w:bidi="fa-IR"/>
        </w:rPr>
      </w:pPr>
      <w:r w:rsidRPr="009F6847">
        <w:rPr>
          <w:rFonts w:cs="B Nazanin" w:hint="cs"/>
          <w:b/>
          <w:bCs/>
          <w:sz w:val="24"/>
          <w:szCs w:val="24"/>
          <w:rtl/>
          <w:lang w:bidi="fa-IR"/>
        </w:rPr>
        <w:t>نام کارگاه / شرکت :</w:t>
      </w:r>
      <w:r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Pr="009F6847">
        <w:rPr>
          <w:rFonts w:cs="B Nazanin" w:hint="cs"/>
          <w:b/>
          <w:bCs/>
          <w:color w:val="A6A6A6" w:themeColor="background1" w:themeShade="A6"/>
          <w:sz w:val="24"/>
          <w:szCs w:val="24"/>
          <w:rtl/>
          <w:lang w:bidi="fa-IR"/>
        </w:rPr>
        <w:t>................................................</w:t>
      </w:r>
    </w:p>
    <w:p w:rsidR="003B2B9A" w:rsidRDefault="003B2B9A" w:rsidP="003B2B9A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مشخصات درخواست کننده</w:t>
      </w:r>
    </w:p>
    <w:p w:rsidR="000B1BC9" w:rsidRDefault="000B1BC9" w:rsidP="00D36FE5">
      <w:pPr>
        <w:bidi/>
        <w:rPr>
          <w:rFonts w:cs="B Nazanin" w:hint="cs"/>
          <w:sz w:val="24"/>
          <w:szCs w:val="24"/>
          <w:rtl/>
          <w:lang w:bidi="fa-IR"/>
        </w:rPr>
      </w:pPr>
    </w:p>
    <w:p w:rsidR="00362F67" w:rsidRDefault="000B1BC9" w:rsidP="000B1BC9">
      <w:pPr>
        <w:bidi/>
        <w:rPr>
          <w:rFonts w:cs="B Nazanin"/>
          <w:sz w:val="24"/>
          <w:szCs w:val="24"/>
          <w:lang w:bidi="fa-IR"/>
        </w:rPr>
      </w:pPr>
      <w:r>
        <w:rPr>
          <w:rFonts w:cs="B Nazani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5817433" wp14:editId="225392C9">
                <wp:simplePos x="0" y="0"/>
                <wp:positionH relativeFrom="column">
                  <wp:posOffset>830580</wp:posOffset>
                </wp:positionH>
                <wp:positionV relativeFrom="paragraph">
                  <wp:posOffset>8255</wp:posOffset>
                </wp:positionV>
                <wp:extent cx="171450" cy="200025"/>
                <wp:effectExtent l="0" t="0" r="19050" b="2857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00025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617522" id="Oval 3" o:spid="_x0000_s1026" style="position:absolute;margin-left:65.4pt;margin-top:.65pt;width:13.5pt;height:15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" filled="f" strokecolor="black [3200]"/>
            </w:pict>
          </mc:Fallback>
        </mc:AlternateContent>
      </w:r>
      <w:r>
        <w:rPr>
          <w:rFonts w:cs="B Nazani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5817433" wp14:editId="225392C9">
                <wp:simplePos x="0" y="0"/>
                <wp:positionH relativeFrom="column">
                  <wp:posOffset>3649980</wp:posOffset>
                </wp:positionH>
                <wp:positionV relativeFrom="paragraph">
                  <wp:posOffset>8255</wp:posOffset>
                </wp:positionV>
                <wp:extent cx="171450" cy="200025"/>
                <wp:effectExtent l="0" t="0" r="19050" b="2857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00025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5C6756" id="Oval 2" o:spid="_x0000_s1026" style="position:absolute;margin-left:287.4pt;margin-top:.65pt;width:13.5pt;height:15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" filled="f" strokecolor="black [3200]"/>
            </w:pict>
          </mc:Fallback>
        </mc:AlternateContent>
      </w:r>
      <w:r>
        <w:rPr>
          <w:rFonts w:cs="B Nazanin" w:hint="cs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5707380</wp:posOffset>
                </wp:positionH>
                <wp:positionV relativeFrom="paragraph">
                  <wp:posOffset>7620</wp:posOffset>
                </wp:positionV>
                <wp:extent cx="171450" cy="200025"/>
                <wp:effectExtent l="0" t="0" r="19050" b="2857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200025"/>
                        </a:xfrm>
                        <a:prstGeom prst="ellipse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26AB7F" id="Oval 1" o:spid="_x0000_s1026" style="position:absolute;margin-left:449.4pt;margin-top:.6pt;width:13.5pt;height:15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" filled="f" strokecolor="black [3200]"/>
            </w:pict>
          </mc:Fallback>
        </mc:AlternateContent>
      </w:r>
      <w:r w:rsidR="00D36FE5">
        <w:rPr>
          <w:rFonts w:cs="B Nazanin" w:hint="cs"/>
          <w:sz w:val="24"/>
          <w:szCs w:val="24"/>
          <w:rtl/>
          <w:lang w:bidi="fa-IR"/>
        </w:rPr>
        <w:t xml:space="preserve">نوع مرخصی: استحقاقی </w:t>
      </w:r>
      <w:r w:rsidR="00316949">
        <w:rPr>
          <w:rFonts w:cs="B Nazanin" w:hint="cs"/>
          <w:sz w:val="24"/>
          <w:szCs w:val="24"/>
          <w:rtl/>
          <w:lang w:bidi="fa-IR"/>
        </w:rPr>
        <w:t xml:space="preserve">                                        استعلاجی                                                               بدون حقوق</w:t>
      </w:r>
    </w:p>
    <w:p w:rsidR="00362F67" w:rsidRDefault="00362F67" w:rsidP="00362F67">
      <w:pPr>
        <w:bidi/>
        <w:rPr>
          <w:rFonts w:cs="B Nazanin"/>
          <w:sz w:val="24"/>
          <w:szCs w:val="24"/>
          <w:lang w:bidi="fa-IR"/>
        </w:rPr>
      </w:pPr>
    </w:p>
    <w:p w:rsidR="00EC28D6" w:rsidRDefault="00EC28D6" w:rsidP="00EC28D6">
      <w:pPr>
        <w:bidi/>
        <w:jc w:val="center"/>
        <w:rPr>
          <w:rFonts w:cs="B Nazanin"/>
          <w:b/>
          <w:bCs/>
          <w:sz w:val="24"/>
          <w:szCs w:val="24"/>
          <w:lang w:bidi="fa-IR"/>
        </w:rPr>
      </w:pPr>
      <w:r w:rsidRPr="00EC28D6">
        <w:rPr>
          <w:rFonts w:cs="B Nazanin" w:hint="cs"/>
          <w:b/>
          <w:bCs/>
          <w:sz w:val="24"/>
          <w:szCs w:val="24"/>
          <w:rtl/>
          <w:lang w:bidi="fa-IR"/>
        </w:rPr>
        <w:t>مدت و زمان مرخصی درخواستی</w:t>
      </w:r>
    </w:p>
    <w:p w:rsidR="00EC28D6" w:rsidRDefault="00EC28D6" w:rsidP="00EC28D6">
      <w:pPr>
        <w:bidi/>
        <w:rPr>
          <w:rFonts w:cs="B Nazanin"/>
          <w:sz w:val="24"/>
          <w:szCs w:val="24"/>
          <w:lang w:bidi="fa-IR"/>
        </w:rPr>
      </w:pPr>
    </w:p>
    <w:p w:rsidR="00EC20AA" w:rsidRDefault="00357D7E" w:rsidP="00EC28D6">
      <w:pPr>
        <w:bidi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مدت:</w:t>
      </w:r>
      <w:r w:rsidRPr="00357D7E">
        <w:rPr>
          <w:rFonts w:cs="B Nazanin" w:hint="cs"/>
          <w:b/>
          <w:bCs/>
          <w:color w:val="A6A6A6" w:themeColor="background1" w:themeShade="A6"/>
          <w:sz w:val="24"/>
          <w:szCs w:val="24"/>
          <w:rtl/>
          <w:lang w:bidi="fa-IR"/>
        </w:rPr>
        <w:t xml:space="preserve"> ............................</w:t>
      </w:r>
      <w:r w:rsidRPr="00357D7E">
        <w:rPr>
          <w:rFonts w:cs="B Nazanin" w:hint="cs"/>
          <w:color w:val="A6A6A6" w:themeColor="background1" w:themeShade="A6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sz w:val="24"/>
          <w:szCs w:val="24"/>
          <w:rtl/>
          <w:lang w:bidi="fa-IR"/>
        </w:rPr>
        <w:t xml:space="preserve">روز از تاریخ : </w:t>
      </w:r>
      <w:r w:rsidRPr="00357D7E">
        <w:rPr>
          <w:rFonts w:cs="B Nazanin" w:hint="cs"/>
          <w:b/>
          <w:bCs/>
          <w:color w:val="A6A6A6" w:themeColor="background1" w:themeShade="A6"/>
          <w:sz w:val="24"/>
          <w:szCs w:val="24"/>
          <w:rtl/>
          <w:lang w:bidi="fa-IR"/>
        </w:rPr>
        <w:t>..................................................</w:t>
      </w:r>
    </w:p>
    <w:p w:rsidR="00EC20AA" w:rsidRDefault="00EC20AA" w:rsidP="00EC20AA">
      <w:pPr>
        <w:bidi/>
        <w:rPr>
          <w:rFonts w:cs="B Nazanin"/>
          <w:sz w:val="24"/>
          <w:szCs w:val="24"/>
          <w:lang w:bidi="fa-IR"/>
        </w:rPr>
      </w:pPr>
    </w:p>
    <w:p w:rsidR="00D36FE5" w:rsidRDefault="00EC20AA" w:rsidP="00EC20AA">
      <w:pPr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نام و نام خانوادگی : </w:t>
      </w:r>
      <w:bookmarkStart w:id="0" w:name="_GoBack"/>
      <w:r w:rsidRPr="00EC20AA">
        <w:rPr>
          <w:rFonts w:cs="B Nazanin" w:hint="cs"/>
          <w:b/>
          <w:bCs/>
          <w:color w:val="A6A6A6" w:themeColor="background1" w:themeShade="A6"/>
          <w:sz w:val="24"/>
          <w:szCs w:val="24"/>
          <w:rtl/>
          <w:lang w:bidi="fa-IR"/>
        </w:rPr>
        <w:t xml:space="preserve">.................................................... </w:t>
      </w:r>
      <w:bookmarkEnd w:id="0"/>
      <w:r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                     امضاء :</w:t>
      </w:r>
    </w:p>
    <w:p w:rsidR="00EC20AA" w:rsidRDefault="00EC20AA" w:rsidP="00EC20AA">
      <w:pPr>
        <w:bidi/>
        <w:rPr>
          <w:rFonts w:cs="B Nazanin"/>
          <w:sz w:val="24"/>
          <w:szCs w:val="24"/>
          <w:rtl/>
          <w:lang w:bidi="fa-IR"/>
        </w:rPr>
      </w:pPr>
    </w:p>
    <w:p w:rsidR="00EC20AA" w:rsidRDefault="00EC20AA" w:rsidP="00EC20AA">
      <w:pPr>
        <w:bidi/>
        <w:rPr>
          <w:rFonts w:cs="B Nazanin"/>
          <w:sz w:val="24"/>
          <w:szCs w:val="24"/>
          <w:rtl/>
          <w:lang w:bidi="fa-IR"/>
        </w:rPr>
      </w:pPr>
    </w:p>
    <w:p w:rsidR="00EC20AA" w:rsidRDefault="00EC20AA" w:rsidP="00EC20AA">
      <w:pPr>
        <w:bidi/>
        <w:rPr>
          <w:rFonts w:cs="B Nazanin" w:hint="cs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با درخواست مرخصی به شرح فوق موافقت می‌شود / نمی‌شود</w:t>
      </w:r>
    </w:p>
    <w:p w:rsidR="00EC20AA" w:rsidRDefault="00EC20AA" w:rsidP="00EC20AA">
      <w:pPr>
        <w:bidi/>
        <w:rPr>
          <w:rFonts w:cs="B Nazanin"/>
          <w:sz w:val="24"/>
          <w:szCs w:val="24"/>
          <w:rtl/>
          <w:lang w:bidi="fa-IR"/>
        </w:rPr>
      </w:pPr>
    </w:p>
    <w:p w:rsidR="00EC20AA" w:rsidRPr="00EC20AA" w:rsidRDefault="00EC20AA" w:rsidP="00EC20AA">
      <w:pPr>
        <w:bidi/>
        <w:rPr>
          <w:rFonts w:cs="B Nazanin"/>
          <w:sz w:val="24"/>
          <w:szCs w:val="24"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نام و نام خانوادگی کارفرما: </w:t>
      </w:r>
      <w:r w:rsidRPr="00EC20AA">
        <w:rPr>
          <w:rFonts w:cs="B Nazanin" w:hint="cs"/>
          <w:b/>
          <w:bCs/>
          <w:color w:val="A6A6A6" w:themeColor="background1" w:themeShade="A6"/>
          <w:sz w:val="24"/>
          <w:szCs w:val="24"/>
          <w:rtl/>
          <w:lang w:bidi="fa-IR"/>
        </w:rPr>
        <w:t xml:space="preserve">...............................................  </w:t>
      </w:r>
      <w:r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                امضاء :</w:t>
      </w:r>
    </w:p>
    <w:sectPr w:rsidR="00EC20AA" w:rsidRPr="00EC20AA" w:rsidSect="00034616">
      <w:pgSz w:w="12240" w:h="15840"/>
      <w:pgMar w:top="567" w:right="567" w:bottom="567" w:left="567" w:header="720" w:footer="720" w:gutter="0"/>
      <w:pgBorders w:offsetFrom="page">
        <w:top w:val="single" w:sz="12" w:space="24" w:color="000000"/>
        <w:left w:val="single" w:sz="12" w:space="24" w:color="000000"/>
        <w:bottom w:val="single" w:sz="12" w:space="24" w:color="000000"/>
        <w:right w:val="single" w:sz="12" w:space="24" w:color="00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B1BC9"/>
    <w:rsid w:val="0015074B"/>
    <w:rsid w:val="0029639D"/>
    <w:rsid w:val="00316949"/>
    <w:rsid w:val="00326F90"/>
    <w:rsid w:val="00357D7E"/>
    <w:rsid w:val="00362F67"/>
    <w:rsid w:val="003B2B9A"/>
    <w:rsid w:val="003D4D09"/>
    <w:rsid w:val="009F6847"/>
    <w:rsid w:val="00AA1D8D"/>
    <w:rsid w:val="00B31E42"/>
    <w:rsid w:val="00B47730"/>
    <w:rsid w:val="00CA7D6E"/>
    <w:rsid w:val="00CB0664"/>
    <w:rsid w:val="00D36FE5"/>
    <w:rsid w:val="00EC20AA"/>
    <w:rsid w:val="00EC28D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/"/>
  <w:listSeparator w:val="؛"/>
  <w14:docId w14:val="31B7F755"/>
  <w14:defaultImageDpi w14:val="300"/>
  <w15:docId w15:val="{59E9ECAF-544D-4E56-B48B-0A16E38D8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093E8EB-4E75-4672-85D6-D7D004C1C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 7</cp:lastModifiedBy>
  <cp:revision>12</cp:revision>
  <dcterms:created xsi:type="dcterms:W3CDTF">2013-12-23T23:15:00Z</dcterms:created>
  <dcterms:modified xsi:type="dcterms:W3CDTF">2026-06-22T19:51:00Z</dcterms:modified>
  <cp:category/>
</cp:coreProperties>
</file>