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555AF3" w:rsidRDefault="004D0580" w:rsidP="004D0580">
      <w:pPr>
        <w:bidi/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r w:rsidRPr="00555AF3">
        <w:rPr>
          <w:rFonts w:cs="B Nazanin" w:hint="cs"/>
          <w:b/>
          <w:bCs/>
          <w:sz w:val="32"/>
          <w:szCs w:val="32"/>
          <w:rtl/>
          <w:lang w:bidi="fa-IR"/>
        </w:rPr>
        <w:t>بسمه تعالی</w:t>
      </w:r>
    </w:p>
    <w:p w:rsidR="00555AF3" w:rsidRPr="00AC3963" w:rsidRDefault="004D0580" w:rsidP="004D0580">
      <w:pPr>
        <w:bidi/>
        <w:jc w:val="center"/>
        <w:rPr>
          <w:rFonts w:cs="B Nazanin"/>
          <w:b/>
          <w:bCs/>
          <w:sz w:val="36"/>
          <w:szCs w:val="36"/>
          <w:lang w:bidi="fa-IR"/>
        </w:rPr>
      </w:pPr>
      <w:r w:rsidRPr="00AC3963">
        <w:rPr>
          <w:rFonts w:cs="B Nazanin" w:hint="cs"/>
          <w:b/>
          <w:bCs/>
          <w:sz w:val="36"/>
          <w:szCs w:val="36"/>
          <w:rtl/>
          <w:lang w:bidi="fa-IR"/>
        </w:rPr>
        <w:t>درخواست گواهی اشتغال به کار</w:t>
      </w:r>
    </w:p>
    <w:p w:rsidR="00555AF3" w:rsidRPr="00555AF3" w:rsidRDefault="00555AF3" w:rsidP="00555AF3">
      <w:pPr>
        <w:bidi/>
        <w:rPr>
          <w:rFonts w:cs="B Nazanin"/>
          <w:sz w:val="32"/>
          <w:szCs w:val="32"/>
          <w:lang w:bidi="fa-IR"/>
        </w:rPr>
      </w:pPr>
    </w:p>
    <w:p w:rsidR="004D0580" w:rsidRPr="00555AF3" w:rsidRDefault="00555AF3" w:rsidP="00555AF3">
      <w:pPr>
        <w:bidi/>
        <w:rPr>
          <w:rFonts w:cs="B Nazanin" w:hint="cs"/>
          <w:sz w:val="28"/>
          <w:szCs w:val="28"/>
          <w:rtl/>
          <w:lang w:bidi="fa-IR"/>
        </w:rPr>
      </w:pPr>
      <w:r w:rsidRPr="00555AF3">
        <w:rPr>
          <w:rFonts w:cs="B Nazanin" w:hint="cs"/>
          <w:sz w:val="28"/>
          <w:szCs w:val="28"/>
          <w:rtl/>
          <w:lang w:bidi="fa-IR"/>
        </w:rPr>
        <w:t>با سلام</w:t>
      </w:r>
    </w:p>
    <w:p w:rsidR="00555AF3" w:rsidRPr="00555AF3" w:rsidRDefault="00555AF3" w:rsidP="00555AF3">
      <w:pPr>
        <w:bidi/>
        <w:rPr>
          <w:rFonts w:cs="B Nazanin" w:hint="cs"/>
          <w:sz w:val="28"/>
          <w:szCs w:val="28"/>
          <w:rtl/>
          <w:lang w:bidi="fa-IR"/>
        </w:rPr>
      </w:pPr>
      <w:r w:rsidRPr="00555AF3">
        <w:rPr>
          <w:rFonts w:cs="B Nazanin" w:hint="cs"/>
          <w:sz w:val="28"/>
          <w:szCs w:val="28"/>
          <w:rtl/>
          <w:lang w:bidi="fa-IR"/>
        </w:rPr>
        <w:t xml:space="preserve">احتراما بدینوسیله به اطلاع می‌رساند اینجانب </w:t>
      </w:r>
      <w:r w:rsidRPr="003F545E">
        <w:rPr>
          <w:rFonts w:cs="B Nazanin" w:hint="cs"/>
          <w:color w:val="A6A6A6" w:themeColor="background1" w:themeShade="A6"/>
          <w:sz w:val="28"/>
          <w:szCs w:val="28"/>
          <w:rtl/>
          <w:lang w:bidi="fa-IR"/>
        </w:rPr>
        <w:t>.......................................</w:t>
      </w:r>
      <w:r w:rsidRPr="00555AF3">
        <w:rPr>
          <w:rFonts w:cs="B Nazanin" w:hint="cs"/>
          <w:sz w:val="28"/>
          <w:szCs w:val="28"/>
          <w:rtl/>
          <w:lang w:bidi="fa-IR"/>
        </w:rPr>
        <w:t xml:space="preserve"> فرزند </w:t>
      </w:r>
      <w:r w:rsidRPr="003F545E">
        <w:rPr>
          <w:rFonts w:cs="B Nazanin" w:hint="cs"/>
          <w:color w:val="A6A6A6" w:themeColor="background1" w:themeShade="A6"/>
          <w:sz w:val="28"/>
          <w:szCs w:val="28"/>
          <w:rtl/>
          <w:lang w:bidi="fa-IR"/>
        </w:rPr>
        <w:t>....................</w:t>
      </w:r>
      <w:r w:rsidRPr="00555AF3">
        <w:rPr>
          <w:rFonts w:cs="B Nazanin" w:hint="cs"/>
          <w:sz w:val="28"/>
          <w:szCs w:val="28"/>
          <w:rtl/>
          <w:lang w:bidi="fa-IR"/>
        </w:rPr>
        <w:t xml:space="preserve"> به شماره شناسنامه </w:t>
      </w:r>
      <w:r w:rsidRPr="003F545E">
        <w:rPr>
          <w:rFonts w:cs="B Nazanin" w:hint="cs"/>
          <w:color w:val="A6A6A6" w:themeColor="background1" w:themeShade="A6"/>
          <w:sz w:val="28"/>
          <w:szCs w:val="28"/>
          <w:rtl/>
          <w:lang w:bidi="fa-IR"/>
        </w:rPr>
        <w:t xml:space="preserve">...................................... </w:t>
      </w:r>
      <w:r w:rsidRPr="00555AF3">
        <w:rPr>
          <w:rFonts w:cs="B Nazanin" w:hint="cs"/>
          <w:sz w:val="28"/>
          <w:szCs w:val="28"/>
          <w:rtl/>
          <w:lang w:bidi="fa-IR"/>
        </w:rPr>
        <w:t xml:space="preserve">صادره از </w:t>
      </w:r>
      <w:r w:rsidRPr="003F545E">
        <w:rPr>
          <w:rFonts w:cs="B Nazanin" w:hint="cs"/>
          <w:color w:val="A6A6A6" w:themeColor="background1" w:themeShade="A6"/>
          <w:sz w:val="28"/>
          <w:szCs w:val="28"/>
          <w:rtl/>
          <w:lang w:bidi="fa-IR"/>
        </w:rPr>
        <w:t>.........................</w:t>
      </w:r>
      <w:r w:rsidR="003F545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55AF3">
        <w:rPr>
          <w:rFonts w:cs="B Nazanin" w:hint="cs"/>
          <w:sz w:val="28"/>
          <w:szCs w:val="28"/>
          <w:rtl/>
          <w:lang w:bidi="fa-IR"/>
        </w:rPr>
        <w:t xml:space="preserve">با کد پرسنلی </w:t>
      </w:r>
      <w:r w:rsidRPr="003F545E">
        <w:rPr>
          <w:rFonts w:cs="B Nazanin" w:hint="cs"/>
          <w:color w:val="A6A6A6" w:themeColor="background1" w:themeShade="A6"/>
          <w:sz w:val="28"/>
          <w:szCs w:val="28"/>
          <w:rtl/>
          <w:lang w:bidi="fa-IR"/>
        </w:rPr>
        <w:t>............................</w:t>
      </w:r>
      <w:r w:rsidRPr="00555AF3">
        <w:rPr>
          <w:rFonts w:cs="B Nazanin" w:hint="cs"/>
          <w:sz w:val="28"/>
          <w:szCs w:val="28"/>
          <w:rtl/>
          <w:lang w:bidi="fa-IR"/>
        </w:rPr>
        <w:t xml:space="preserve"> که در حال حاضر در </w:t>
      </w:r>
      <w:r w:rsidRPr="003F545E">
        <w:rPr>
          <w:rFonts w:cs="B Nazanin" w:hint="cs"/>
          <w:color w:val="A6A6A6" w:themeColor="background1" w:themeShade="A6"/>
          <w:sz w:val="28"/>
          <w:szCs w:val="28"/>
          <w:rtl/>
          <w:lang w:bidi="fa-IR"/>
        </w:rPr>
        <w:t>.................................</w:t>
      </w:r>
    </w:p>
    <w:p w:rsidR="00555AF3" w:rsidRPr="00555AF3" w:rsidRDefault="00555AF3" w:rsidP="00555AF3">
      <w:pPr>
        <w:bidi/>
        <w:rPr>
          <w:rFonts w:cs="B Nazanin" w:hint="cs"/>
          <w:sz w:val="28"/>
          <w:szCs w:val="28"/>
          <w:rtl/>
          <w:lang w:bidi="fa-IR"/>
        </w:rPr>
      </w:pPr>
      <w:r w:rsidRPr="00555AF3">
        <w:rPr>
          <w:rFonts w:cs="B Nazanin" w:hint="cs"/>
          <w:sz w:val="28"/>
          <w:szCs w:val="28"/>
          <w:rtl/>
          <w:lang w:bidi="fa-IR"/>
        </w:rPr>
        <w:t xml:space="preserve">مشغول به کار می‌باشم، جهت </w:t>
      </w:r>
      <w:r w:rsidRPr="003F545E">
        <w:rPr>
          <w:rFonts w:cs="B Nazanin" w:hint="cs"/>
          <w:color w:val="A6A6A6" w:themeColor="background1" w:themeShade="A6"/>
          <w:sz w:val="28"/>
          <w:szCs w:val="28"/>
          <w:rtl/>
          <w:lang w:bidi="fa-IR"/>
        </w:rPr>
        <w:t>......................</w:t>
      </w:r>
      <w:r w:rsidR="003F545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55AF3">
        <w:rPr>
          <w:rFonts w:cs="B Nazanin" w:hint="cs"/>
          <w:sz w:val="28"/>
          <w:szCs w:val="28"/>
          <w:rtl/>
          <w:lang w:bidi="fa-IR"/>
        </w:rPr>
        <w:t xml:space="preserve">نیاز به یک برگ گواهی اشتغال به کار برای سازمان </w:t>
      </w:r>
      <w:r w:rsidRPr="003F545E">
        <w:rPr>
          <w:rFonts w:cs="B Nazanin" w:hint="cs"/>
          <w:color w:val="A6A6A6" w:themeColor="background1" w:themeShade="A6"/>
          <w:sz w:val="28"/>
          <w:szCs w:val="28"/>
          <w:rtl/>
          <w:lang w:bidi="fa-IR"/>
        </w:rPr>
        <w:t>..........</w:t>
      </w:r>
      <w:r w:rsidR="004E7E63">
        <w:rPr>
          <w:rFonts w:cs="B Nazanin" w:hint="cs"/>
          <w:color w:val="A6A6A6" w:themeColor="background1" w:themeShade="A6"/>
          <w:sz w:val="28"/>
          <w:szCs w:val="28"/>
          <w:rtl/>
          <w:lang w:bidi="fa-IR"/>
        </w:rPr>
        <w:t>..............</w:t>
      </w:r>
      <w:bookmarkStart w:id="0" w:name="_GoBack"/>
      <w:bookmarkEnd w:id="0"/>
      <w:r w:rsidRPr="003F545E">
        <w:rPr>
          <w:rFonts w:cs="B Nazanin" w:hint="cs"/>
          <w:color w:val="A6A6A6" w:themeColor="background1" w:themeShade="A6"/>
          <w:sz w:val="28"/>
          <w:szCs w:val="28"/>
          <w:rtl/>
          <w:lang w:bidi="fa-IR"/>
        </w:rPr>
        <w:t>.......</w:t>
      </w:r>
      <w:r w:rsidRPr="00555AF3">
        <w:rPr>
          <w:rFonts w:cs="B Nazanin" w:hint="cs"/>
          <w:sz w:val="28"/>
          <w:szCs w:val="28"/>
          <w:rtl/>
          <w:lang w:bidi="fa-IR"/>
        </w:rPr>
        <w:t xml:space="preserve"> را دارم.</w:t>
      </w:r>
    </w:p>
    <w:p w:rsidR="00555AF3" w:rsidRDefault="00555AF3" w:rsidP="00555AF3">
      <w:pPr>
        <w:bidi/>
        <w:rPr>
          <w:rFonts w:cs="B Nazanin"/>
          <w:sz w:val="28"/>
          <w:szCs w:val="28"/>
          <w:rtl/>
          <w:lang w:bidi="fa-IR"/>
        </w:rPr>
      </w:pPr>
      <w:r w:rsidRPr="00555AF3">
        <w:rPr>
          <w:rFonts w:cs="B Nazanin" w:hint="cs"/>
          <w:sz w:val="28"/>
          <w:szCs w:val="28"/>
          <w:rtl/>
          <w:lang w:bidi="fa-IR"/>
        </w:rPr>
        <w:t>لذا خواهشمند است در صورت امکان دستور فرمائید اقدامات لازم را مبذول دارند.</w:t>
      </w:r>
    </w:p>
    <w:p w:rsidR="00FE2A45" w:rsidRDefault="00FE2A45" w:rsidP="00FE2A45">
      <w:pPr>
        <w:bidi/>
        <w:rPr>
          <w:rFonts w:cs="B Nazanin"/>
          <w:sz w:val="28"/>
          <w:szCs w:val="28"/>
          <w:rtl/>
          <w:lang w:bidi="fa-IR"/>
        </w:rPr>
      </w:pPr>
    </w:p>
    <w:p w:rsidR="00FE2A45" w:rsidRDefault="00FE2A45" w:rsidP="00FE2A4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</w:t>
      </w:r>
      <w:r w:rsidR="00510F8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</w:t>
      </w:r>
      <w:r w:rsidRPr="00FE2A45">
        <w:rPr>
          <w:rFonts w:cs="B Nazanin" w:hint="cs"/>
          <w:b/>
          <w:bCs/>
          <w:sz w:val="28"/>
          <w:szCs w:val="28"/>
          <w:rtl/>
          <w:lang w:bidi="fa-IR"/>
        </w:rPr>
        <w:t>باتشکر</w:t>
      </w:r>
    </w:p>
    <w:p w:rsidR="00FE2A45" w:rsidRDefault="00FE2A45" w:rsidP="00FE2A45">
      <w:pPr>
        <w:bidi/>
        <w:rPr>
          <w:rFonts w:cs="B Nazanin"/>
          <w:b/>
          <w:bCs/>
          <w:color w:val="A6A6A6" w:themeColor="background1" w:themeShade="A6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</w:t>
      </w:r>
      <w:r w:rsidR="00510F8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تاریخ : </w:t>
      </w:r>
      <w:r w:rsidRPr="00FE2A45">
        <w:rPr>
          <w:rFonts w:cs="B Nazanin" w:hint="cs"/>
          <w:b/>
          <w:bCs/>
          <w:color w:val="A6A6A6" w:themeColor="background1" w:themeShade="A6"/>
          <w:sz w:val="28"/>
          <w:szCs w:val="28"/>
          <w:rtl/>
          <w:lang w:bidi="fa-IR"/>
        </w:rPr>
        <w:t>..........................</w:t>
      </w:r>
    </w:p>
    <w:p w:rsidR="00FE2A45" w:rsidRPr="00FE2A45" w:rsidRDefault="00FE2A45" w:rsidP="00FE2A45">
      <w:p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          </w:t>
      </w:r>
      <w:r w:rsidR="00510F8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امضاء</w:t>
      </w:r>
    </w:p>
    <w:sectPr w:rsidR="00FE2A45" w:rsidRPr="00FE2A45" w:rsidSect="00034616">
      <w:pgSz w:w="12240" w:h="15840"/>
      <w:pgMar w:top="567" w:right="567" w:bottom="567" w:left="567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545E"/>
    <w:rsid w:val="004D0580"/>
    <w:rsid w:val="004E7E63"/>
    <w:rsid w:val="00510F8D"/>
    <w:rsid w:val="00555AF3"/>
    <w:rsid w:val="00AA1D8D"/>
    <w:rsid w:val="00AC3963"/>
    <w:rsid w:val="00B47730"/>
    <w:rsid w:val="00CB0664"/>
    <w:rsid w:val="00FC693F"/>
    <w:rsid w:val="00FE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/"/>
  <w:listSeparator w:val="؛"/>
  <w14:docId w14:val="2F4850ED"/>
  <w14:defaultImageDpi w14:val="300"/>
  <w15:docId w15:val="{4E30080B-FB17-4DF7-83A1-5BBCA67C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DDBB07-AE2D-48C4-A568-0C5073F0C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 7</cp:lastModifiedBy>
  <cp:revision>8</cp:revision>
  <dcterms:created xsi:type="dcterms:W3CDTF">2013-12-23T23:15:00Z</dcterms:created>
  <dcterms:modified xsi:type="dcterms:W3CDTF">2026-06-22T22:22:00Z</dcterms:modified>
  <cp:category/>
</cp:coreProperties>
</file>