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6802A0" w:rsidRDefault="006802A0" w:rsidP="006802A0">
      <w:pPr>
        <w:bidi/>
        <w:jc w:val="center"/>
        <w:rPr>
          <w:rFonts w:cs="Cambria"/>
          <w:b/>
          <w:bCs/>
          <w:sz w:val="36"/>
          <w:szCs w:val="36"/>
          <w:rtl/>
          <w:lang w:bidi="fa-IR"/>
        </w:rPr>
      </w:pPr>
      <w:r>
        <w:rPr>
          <w:rFonts w:cs="Cambria" w:hint="cs"/>
          <w:b/>
          <w:bCs/>
          <w:sz w:val="36"/>
          <w:szCs w:val="36"/>
          <w:rtl/>
          <w:lang w:bidi="fa-IR"/>
        </w:rPr>
        <w:t>"</w:t>
      </w:r>
      <w:r w:rsidRPr="006802A0">
        <w:rPr>
          <w:rFonts w:cs="B Nazanin" w:hint="cs"/>
          <w:b/>
          <w:bCs/>
          <w:sz w:val="36"/>
          <w:szCs w:val="36"/>
          <w:rtl/>
          <w:lang w:bidi="fa-IR"/>
        </w:rPr>
        <w:t>درخواست مرخصی ساعتی</w:t>
      </w:r>
      <w:r>
        <w:rPr>
          <w:rFonts w:cs="Cambria" w:hint="cs"/>
          <w:b/>
          <w:bCs/>
          <w:sz w:val="36"/>
          <w:szCs w:val="36"/>
          <w:rtl/>
          <w:lang w:bidi="fa-IR"/>
        </w:rPr>
        <w:t>"</w:t>
      </w:r>
    </w:p>
    <w:p w:rsidR="00591A4B" w:rsidRDefault="00591A4B" w:rsidP="006802A0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6802A0" w:rsidRPr="006802A0" w:rsidRDefault="006802A0" w:rsidP="00591A4B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6802A0">
        <w:rPr>
          <w:rFonts w:cs="B Nazanin" w:hint="cs"/>
          <w:b/>
          <w:bCs/>
          <w:sz w:val="24"/>
          <w:szCs w:val="24"/>
          <w:rtl/>
          <w:lang w:bidi="fa-IR"/>
        </w:rPr>
        <w:t>نام کارگاه / شرکت :</w:t>
      </w:r>
      <w:r w:rsidRPr="006802A0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</w:t>
      </w:r>
    </w:p>
    <w:p w:rsidR="00591A4B" w:rsidRDefault="00591A4B" w:rsidP="00591A4B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6802A0" w:rsidRDefault="006802A0" w:rsidP="00C84617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مشخصات درخواست کننده</w:t>
      </w:r>
    </w:p>
    <w:p w:rsidR="004B6438" w:rsidRDefault="004B6438" w:rsidP="006802A0">
      <w:pPr>
        <w:bidi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</w:p>
    <w:p w:rsidR="006802A0" w:rsidRDefault="005301C9" w:rsidP="004B6438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نام و نام خانوادگی</w:t>
      </w:r>
      <w:r w:rsidRPr="00643449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 xml:space="preserve">:.....................................   </w:t>
      </w:r>
      <w:r w:rsidR="006802A0">
        <w:rPr>
          <w:rFonts w:cs="B Nazanin" w:hint="cs"/>
          <w:sz w:val="24"/>
          <w:szCs w:val="24"/>
          <w:rtl/>
          <w:lang w:bidi="fa-IR"/>
        </w:rPr>
        <w:t xml:space="preserve">                                         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</w:t>
      </w:r>
      <w:r w:rsidR="006802A0">
        <w:rPr>
          <w:rFonts w:cs="B Nazanin" w:hint="cs"/>
          <w:sz w:val="24"/>
          <w:szCs w:val="24"/>
          <w:rtl/>
          <w:lang w:bidi="fa-IR"/>
        </w:rPr>
        <w:t>قسمت محل اشتغال</w:t>
      </w:r>
      <w:r w:rsidR="006802A0" w:rsidRPr="00643449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:</w:t>
      </w:r>
      <w:r w:rsidRPr="00643449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........................................</w:t>
      </w:r>
    </w:p>
    <w:p w:rsidR="00591A4B" w:rsidRDefault="00591A4B" w:rsidP="00591A4B">
      <w:pPr>
        <w:bidi/>
        <w:rPr>
          <w:rFonts w:cs="B Nazanin"/>
          <w:sz w:val="24"/>
          <w:szCs w:val="24"/>
          <w:rtl/>
          <w:lang w:bidi="fa-IR"/>
        </w:rPr>
      </w:pPr>
    </w:p>
    <w:p w:rsidR="00591A4B" w:rsidRDefault="00591A4B" w:rsidP="00C84617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591A4B">
        <w:rPr>
          <w:rFonts w:cs="B Nazanin" w:hint="cs"/>
          <w:b/>
          <w:bCs/>
          <w:sz w:val="24"/>
          <w:szCs w:val="24"/>
          <w:rtl/>
          <w:lang w:bidi="fa-IR"/>
        </w:rPr>
        <w:t>مدت و زمان مرخصی</w:t>
      </w:r>
    </w:p>
    <w:p w:rsidR="004B6438" w:rsidRDefault="004B6438" w:rsidP="004B6438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5301C9" w:rsidRDefault="005301C9" w:rsidP="005301C9">
      <w:pPr>
        <w:bidi/>
        <w:rPr>
          <w:rFonts w:cs="B Nazanin" w:hint="cs"/>
          <w:sz w:val="24"/>
          <w:szCs w:val="24"/>
          <w:rtl/>
          <w:lang w:bidi="fa-IR"/>
        </w:rPr>
      </w:pPr>
      <w:r w:rsidRPr="005301C9">
        <w:rPr>
          <w:rFonts w:cs="B Nazanin" w:hint="cs"/>
          <w:b/>
          <w:bCs/>
          <w:sz w:val="24"/>
          <w:szCs w:val="24"/>
          <w:rtl/>
          <w:lang w:bidi="fa-IR"/>
        </w:rPr>
        <w:t>تاریخ مرخصی:</w:t>
      </w:r>
      <w:r>
        <w:rPr>
          <w:rFonts w:cs="B Nazanin" w:hint="cs"/>
          <w:sz w:val="24"/>
          <w:szCs w:val="24"/>
          <w:rtl/>
          <w:lang w:bidi="fa-IR"/>
        </w:rPr>
        <w:t xml:space="preserve">       مدت: </w:t>
      </w:r>
      <w:r w:rsidRPr="00643449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 xml:space="preserve">  ساعت از ساعت:</w:t>
      </w:r>
      <w:r w:rsidRPr="00643449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>.  نام و نام خانوادگی</w:t>
      </w:r>
      <w:r w:rsidRPr="00643449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:..............................................</w:t>
      </w:r>
    </w:p>
    <w:p w:rsidR="005301C9" w:rsidRDefault="005301C9" w:rsidP="005301C9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امضاء :</w:t>
      </w:r>
    </w:p>
    <w:p w:rsidR="005301C9" w:rsidRDefault="005301C9" w:rsidP="005301C9">
      <w:pPr>
        <w:bidi/>
        <w:rPr>
          <w:rFonts w:cs="B Nazanin"/>
          <w:sz w:val="24"/>
          <w:szCs w:val="24"/>
          <w:rtl/>
          <w:lang w:bidi="fa-IR"/>
        </w:rPr>
      </w:pPr>
    </w:p>
    <w:p w:rsidR="005301C9" w:rsidRDefault="005301C9" w:rsidP="005301C9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با درخواست مرخصی به شرح فوق موافقت می‌شود / نمی‌شود</w:t>
      </w:r>
    </w:p>
    <w:p w:rsidR="004B6438" w:rsidRPr="005301C9" w:rsidRDefault="005301C9" w:rsidP="005301C9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نام و نام خانوادگی کارفرما</w:t>
      </w:r>
      <w:r w:rsidRPr="005301C9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5301C9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..................................................</w:t>
      </w:r>
      <w:r w:rsidRPr="005301C9">
        <w:rPr>
          <w:rFonts w:cs="B Nazanin" w:hint="cs"/>
          <w:color w:val="A6A6A6" w:themeColor="background1" w:themeShade="A6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امضاء :                               </w:t>
      </w:r>
    </w:p>
    <w:p w:rsidR="00591A4B" w:rsidRPr="00591A4B" w:rsidRDefault="00591A4B" w:rsidP="00591A4B">
      <w:pPr>
        <w:bidi/>
        <w:rPr>
          <w:rFonts w:cs="B Nazanin" w:hint="cs"/>
          <w:b/>
          <w:bCs/>
          <w:sz w:val="24"/>
          <w:szCs w:val="24"/>
          <w:lang w:bidi="fa-IR"/>
        </w:rPr>
      </w:pPr>
    </w:p>
    <w:sectPr w:rsidR="00591A4B" w:rsidRPr="00591A4B" w:rsidSect="00034616">
      <w:pgSz w:w="12240" w:h="15840"/>
      <w:pgMar w:top="567" w:right="567" w:bottom="567" w:left="567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6438"/>
    <w:rsid w:val="004F1FE8"/>
    <w:rsid w:val="005301C9"/>
    <w:rsid w:val="00551D33"/>
    <w:rsid w:val="00591A4B"/>
    <w:rsid w:val="00643449"/>
    <w:rsid w:val="006802A0"/>
    <w:rsid w:val="00AA1D8D"/>
    <w:rsid w:val="00B47730"/>
    <w:rsid w:val="00C8461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/"/>
  <w:listSeparator w:val="؛"/>
  <w14:docId w14:val="2742E574"/>
  <w14:defaultImageDpi w14:val="300"/>
  <w15:docId w15:val="{5371A6E3-BCC7-4D04-BA03-C63E46C3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2EB841-0A4F-47F1-A149-BDBBBC837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 7</cp:lastModifiedBy>
  <cp:revision>7</cp:revision>
  <dcterms:created xsi:type="dcterms:W3CDTF">2013-12-23T23:15:00Z</dcterms:created>
  <dcterms:modified xsi:type="dcterms:W3CDTF">2026-06-22T19:33:00Z</dcterms:modified>
  <cp:category/>
</cp:coreProperties>
</file>