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dTable4-Accent2"/>
        <w:tblW w:w="0" w:type="auto"/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EF367E" w:rsidTr="00DD233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0" w:type="dxa"/>
            <w:gridSpan w:val="4"/>
          </w:tcPr>
          <w:p w:rsidR="00EF77A7" w:rsidRPr="001F19F9" w:rsidRDefault="001A32C7" w:rsidP="00EF77A7">
            <w:pPr>
              <w:jc w:val="center"/>
              <w:rPr>
                <w:rFonts w:cs="B Nazanin"/>
                <w:b w:val="0"/>
                <w:bCs w:val="0"/>
                <w:sz w:val="32"/>
                <w:szCs w:val="32"/>
                <w:rtl/>
              </w:rPr>
            </w:pPr>
            <w:r w:rsidRPr="001F19F9">
              <w:rPr>
                <w:rFonts w:cs="B Nazanin" w:hint="cs"/>
                <w:sz w:val="32"/>
                <w:szCs w:val="32"/>
                <w:rtl/>
              </w:rPr>
              <w:t>نام شرکت</w:t>
            </w:r>
          </w:p>
          <w:p w:rsidR="00EF77A7" w:rsidRPr="001A32C7" w:rsidRDefault="00EF77A7" w:rsidP="00A95FA8">
            <w:pPr>
              <w:jc w:val="center"/>
              <w:rPr>
                <w:b w:val="0"/>
                <w:bCs w:val="0"/>
              </w:rPr>
            </w:pPr>
          </w:p>
        </w:tc>
      </w:tr>
      <w:tr w:rsidR="00EF367E" w:rsidTr="00DD23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0" w:type="dxa"/>
            <w:gridSpan w:val="4"/>
          </w:tcPr>
          <w:p w:rsidR="00EF367E" w:rsidRPr="001F19F9" w:rsidRDefault="001F19F9" w:rsidP="00D41FFD">
            <w:pPr>
              <w:bidi/>
              <w:jc w:val="center"/>
              <w:rPr>
                <w:rFonts w:cs="B Nazanin"/>
                <w:b w:val="0"/>
                <w:bCs w:val="0"/>
                <w:sz w:val="24"/>
                <w:szCs w:val="24"/>
              </w:rPr>
            </w:pPr>
            <w:r w:rsidRPr="001F19F9">
              <w:rPr>
                <w:rFonts w:cs="B Nazanin" w:hint="cs"/>
                <w:sz w:val="24"/>
                <w:szCs w:val="24"/>
                <w:rtl/>
              </w:rPr>
              <w:t>فیش حقوقی 1405</w:t>
            </w:r>
          </w:p>
        </w:tc>
      </w:tr>
      <w:tr w:rsidR="00EF367E" w:rsidTr="00DD233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EF367E" w:rsidRPr="00586647" w:rsidRDefault="00EF367E" w:rsidP="00586647">
            <w:pPr>
              <w:jc w:val="center"/>
              <w:rPr>
                <w:rFonts w:cs="B Nazanin"/>
              </w:rPr>
            </w:pPr>
          </w:p>
        </w:tc>
        <w:tc>
          <w:tcPr>
            <w:tcW w:w="2160" w:type="dxa"/>
          </w:tcPr>
          <w:p w:rsidR="00EF367E" w:rsidRPr="000A55AE" w:rsidRDefault="00586647" w:rsidP="005866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  <w:r w:rsidRPr="000A55AE">
              <w:rPr>
                <w:rFonts w:cs="B Nazanin" w:hint="cs"/>
                <w:sz w:val="24"/>
                <w:szCs w:val="24"/>
                <w:rtl/>
              </w:rPr>
              <w:t>تاریخ صدور</w:t>
            </w:r>
          </w:p>
        </w:tc>
        <w:tc>
          <w:tcPr>
            <w:tcW w:w="2160" w:type="dxa"/>
          </w:tcPr>
          <w:p w:rsidR="00EF367E" w:rsidRPr="00586647" w:rsidRDefault="00EF367E" w:rsidP="005866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</w:p>
        </w:tc>
        <w:tc>
          <w:tcPr>
            <w:tcW w:w="2160" w:type="dxa"/>
          </w:tcPr>
          <w:p w:rsidR="00EF367E" w:rsidRPr="000A55AE" w:rsidRDefault="00586647" w:rsidP="0058664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  <w:r w:rsidRPr="000A55AE">
              <w:rPr>
                <w:rFonts w:cs="B Nazanin" w:hint="cs"/>
                <w:sz w:val="24"/>
                <w:szCs w:val="24"/>
                <w:rtl/>
              </w:rPr>
              <w:t>شماره ملی</w:t>
            </w:r>
          </w:p>
        </w:tc>
      </w:tr>
      <w:tr w:rsidR="00EF367E" w:rsidTr="00DD23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EF367E" w:rsidRPr="00586647" w:rsidRDefault="00EF367E" w:rsidP="00586647">
            <w:pPr>
              <w:jc w:val="center"/>
              <w:rPr>
                <w:rFonts w:cs="B Nazanin"/>
              </w:rPr>
            </w:pPr>
          </w:p>
        </w:tc>
        <w:tc>
          <w:tcPr>
            <w:tcW w:w="2160" w:type="dxa"/>
          </w:tcPr>
          <w:p w:rsidR="00EF367E" w:rsidRPr="000A55AE" w:rsidRDefault="00586647" w:rsidP="005866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  <w:r w:rsidRPr="000A55AE">
              <w:rPr>
                <w:rFonts w:cs="B Nazanin" w:hint="cs"/>
                <w:sz w:val="24"/>
                <w:szCs w:val="24"/>
                <w:rtl/>
              </w:rPr>
              <w:t>نام خانوادگی</w:t>
            </w:r>
          </w:p>
        </w:tc>
        <w:tc>
          <w:tcPr>
            <w:tcW w:w="2160" w:type="dxa"/>
          </w:tcPr>
          <w:p w:rsidR="00EF367E" w:rsidRPr="00586647" w:rsidRDefault="00EF367E" w:rsidP="005866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</w:rPr>
            </w:pPr>
          </w:p>
        </w:tc>
        <w:tc>
          <w:tcPr>
            <w:tcW w:w="2160" w:type="dxa"/>
          </w:tcPr>
          <w:p w:rsidR="00EF367E" w:rsidRPr="000A55AE" w:rsidRDefault="00586647" w:rsidP="005866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  <w:r w:rsidRPr="000A55AE">
              <w:rPr>
                <w:rFonts w:cs="B Nazanin" w:hint="cs"/>
                <w:sz w:val="24"/>
                <w:szCs w:val="24"/>
                <w:rtl/>
              </w:rPr>
              <w:t>نام</w:t>
            </w:r>
          </w:p>
        </w:tc>
      </w:tr>
      <w:tr w:rsidR="00EF367E" w:rsidTr="00DD233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EF367E" w:rsidRPr="00586647" w:rsidRDefault="00EF367E" w:rsidP="00586647">
            <w:pPr>
              <w:jc w:val="center"/>
              <w:rPr>
                <w:rFonts w:cs="B Nazanin"/>
              </w:rPr>
            </w:pPr>
          </w:p>
        </w:tc>
        <w:tc>
          <w:tcPr>
            <w:tcW w:w="2160" w:type="dxa"/>
          </w:tcPr>
          <w:p w:rsidR="00EF367E" w:rsidRPr="000A55AE" w:rsidRDefault="00586647" w:rsidP="005866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  <w:r w:rsidRPr="000A55AE">
              <w:rPr>
                <w:rFonts w:cs="B Nazanin" w:hint="cs"/>
                <w:sz w:val="24"/>
                <w:szCs w:val="24"/>
                <w:rtl/>
              </w:rPr>
              <w:t>شماره کارت بانکی</w:t>
            </w:r>
          </w:p>
        </w:tc>
        <w:tc>
          <w:tcPr>
            <w:tcW w:w="2160" w:type="dxa"/>
          </w:tcPr>
          <w:p w:rsidR="00EF367E" w:rsidRPr="00586647" w:rsidRDefault="00EF367E" w:rsidP="005866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</w:p>
        </w:tc>
        <w:tc>
          <w:tcPr>
            <w:tcW w:w="2160" w:type="dxa"/>
          </w:tcPr>
          <w:p w:rsidR="00EF367E" w:rsidRPr="000A55AE" w:rsidRDefault="00586647" w:rsidP="005866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  <w:r w:rsidRPr="000A55AE">
              <w:rPr>
                <w:rFonts w:cs="B Nazanin" w:hint="cs"/>
                <w:sz w:val="24"/>
                <w:szCs w:val="24"/>
                <w:rtl/>
              </w:rPr>
              <w:t>شماره حساب</w:t>
            </w:r>
          </w:p>
        </w:tc>
      </w:tr>
      <w:tr w:rsidR="00EF367E" w:rsidTr="00DD23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EF367E" w:rsidRPr="00586647" w:rsidRDefault="00EF367E" w:rsidP="00586647">
            <w:pPr>
              <w:jc w:val="center"/>
              <w:rPr>
                <w:rFonts w:cs="B Nazanin"/>
              </w:rPr>
            </w:pPr>
          </w:p>
        </w:tc>
        <w:tc>
          <w:tcPr>
            <w:tcW w:w="2160" w:type="dxa"/>
          </w:tcPr>
          <w:p w:rsidR="00EF367E" w:rsidRPr="00E1500F" w:rsidRDefault="00E1500F" w:rsidP="00E1500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</w:rPr>
            </w:pPr>
            <w:r w:rsidRPr="000A55AE">
              <w:rPr>
                <w:rFonts w:cs="B Nazanin" w:hint="cs"/>
                <w:b/>
                <w:bCs/>
                <w:sz w:val="24"/>
                <w:szCs w:val="24"/>
                <w:rtl/>
              </w:rPr>
              <w:t>کسورات</w:t>
            </w:r>
            <w:r w:rsidRPr="00E1500F">
              <w:rPr>
                <w:rFonts w:cs="B Nazanin" w:hint="cs"/>
                <w:b/>
                <w:bCs/>
                <w:rtl/>
              </w:rPr>
              <w:t>:</w:t>
            </w:r>
          </w:p>
        </w:tc>
        <w:tc>
          <w:tcPr>
            <w:tcW w:w="2160" w:type="dxa"/>
          </w:tcPr>
          <w:p w:rsidR="00EF367E" w:rsidRPr="00586647" w:rsidRDefault="00EF367E" w:rsidP="00E1500F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</w:rPr>
            </w:pPr>
          </w:p>
        </w:tc>
        <w:tc>
          <w:tcPr>
            <w:tcW w:w="2160" w:type="dxa"/>
          </w:tcPr>
          <w:p w:rsidR="00EF367E" w:rsidRPr="000A55AE" w:rsidRDefault="00E1500F" w:rsidP="005866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</w:rPr>
            </w:pPr>
            <w:r w:rsidRPr="000A55AE">
              <w:rPr>
                <w:rFonts w:cs="B Nazanin" w:hint="cs"/>
                <w:b/>
                <w:bCs/>
                <w:sz w:val="24"/>
                <w:szCs w:val="24"/>
                <w:rtl/>
              </w:rPr>
              <w:t>دریافتی ها:</w:t>
            </w:r>
          </w:p>
        </w:tc>
      </w:tr>
      <w:tr w:rsidR="00EF367E" w:rsidTr="00DD233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EF367E" w:rsidRDefault="00EF367E"/>
        </w:tc>
        <w:tc>
          <w:tcPr>
            <w:tcW w:w="2160" w:type="dxa"/>
          </w:tcPr>
          <w:p w:rsidR="00EF367E" w:rsidRPr="00AE4011" w:rsidRDefault="00054671" w:rsidP="00AE40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بیمه درمانی</w:t>
            </w:r>
          </w:p>
        </w:tc>
        <w:tc>
          <w:tcPr>
            <w:tcW w:w="2160" w:type="dxa"/>
          </w:tcPr>
          <w:p w:rsidR="00EF367E" w:rsidRDefault="00EF36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60" w:type="dxa"/>
          </w:tcPr>
          <w:p w:rsidR="00EF367E" w:rsidRPr="000A55AE" w:rsidRDefault="000A55AE" w:rsidP="00FD49BF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0A55AE">
              <w:rPr>
                <w:rFonts w:hint="cs"/>
                <w:sz w:val="24"/>
                <w:szCs w:val="24"/>
                <w:rtl/>
              </w:rPr>
              <w:t>پایه حقوق</w:t>
            </w:r>
          </w:p>
        </w:tc>
      </w:tr>
      <w:tr w:rsidR="00EF367E" w:rsidTr="00DD23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EF367E" w:rsidRPr="00054671" w:rsidRDefault="00EF367E" w:rsidP="00054671">
            <w:pPr>
              <w:jc w:val="center"/>
              <w:rPr>
                <w:rFonts w:cs="B Nazanin"/>
                <w:sz w:val="24"/>
                <w:szCs w:val="24"/>
              </w:rPr>
            </w:pPr>
          </w:p>
        </w:tc>
        <w:tc>
          <w:tcPr>
            <w:tcW w:w="2160" w:type="dxa"/>
          </w:tcPr>
          <w:p w:rsidR="00EF367E" w:rsidRPr="00054671" w:rsidRDefault="00054671" w:rsidP="000546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  <w:r w:rsidRPr="00054671">
              <w:rPr>
                <w:rFonts w:cs="B Nazanin" w:hint="cs"/>
                <w:sz w:val="24"/>
                <w:szCs w:val="24"/>
                <w:rtl/>
              </w:rPr>
              <w:t>مالیات</w:t>
            </w:r>
          </w:p>
        </w:tc>
        <w:tc>
          <w:tcPr>
            <w:tcW w:w="2160" w:type="dxa"/>
          </w:tcPr>
          <w:p w:rsidR="00EF367E" w:rsidRDefault="00EF36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60" w:type="dxa"/>
          </w:tcPr>
          <w:p w:rsidR="00EF367E" w:rsidRPr="000A55AE" w:rsidRDefault="000A55AE" w:rsidP="00FD49BF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  <w:r w:rsidRPr="000A55AE">
              <w:rPr>
                <w:rFonts w:cs="B Nazanin" w:hint="cs"/>
                <w:sz w:val="24"/>
                <w:szCs w:val="24"/>
                <w:rtl/>
              </w:rPr>
              <w:t>فوق العاده شغل</w:t>
            </w:r>
          </w:p>
        </w:tc>
      </w:tr>
      <w:tr w:rsidR="00EF367E" w:rsidTr="00DD233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EF367E" w:rsidRPr="00054671" w:rsidRDefault="00EF367E" w:rsidP="00054671">
            <w:pPr>
              <w:jc w:val="center"/>
              <w:rPr>
                <w:rFonts w:cs="B Nazanin"/>
                <w:sz w:val="24"/>
                <w:szCs w:val="24"/>
              </w:rPr>
            </w:pPr>
          </w:p>
        </w:tc>
        <w:tc>
          <w:tcPr>
            <w:tcW w:w="2160" w:type="dxa"/>
          </w:tcPr>
          <w:p w:rsidR="00EF367E" w:rsidRPr="00054671" w:rsidRDefault="00054671" w:rsidP="000546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  <w:r w:rsidRPr="00054671">
              <w:rPr>
                <w:rFonts w:cs="B Nazanin" w:hint="cs"/>
                <w:sz w:val="24"/>
                <w:szCs w:val="24"/>
                <w:rtl/>
              </w:rPr>
              <w:t>قسط وام</w:t>
            </w:r>
          </w:p>
        </w:tc>
        <w:tc>
          <w:tcPr>
            <w:tcW w:w="2160" w:type="dxa"/>
          </w:tcPr>
          <w:p w:rsidR="00EF367E" w:rsidRDefault="00EF36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60" w:type="dxa"/>
          </w:tcPr>
          <w:p w:rsidR="00EF367E" w:rsidRPr="000A55AE" w:rsidRDefault="000A55AE" w:rsidP="00FD49BF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  <w:r w:rsidRPr="000A55AE">
              <w:rPr>
                <w:rFonts w:cs="B Nazanin" w:hint="cs"/>
                <w:sz w:val="24"/>
                <w:szCs w:val="24"/>
                <w:rtl/>
              </w:rPr>
              <w:t>فوق العاده پست سازمانی</w:t>
            </w:r>
          </w:p>
        </w:tc>
      </w:tr>
      <w:tr w:rsidR="00054671" w:rsidTr="00DD23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054671" w:rsidRPr="00054671" w:rsidRDefault="00054671" w:rsidP="00054671">
            <w:pPr>
              <w:jc w:val="center"/>
              <w:rPr>
                <w:rFonts w:cs="B Nazanin"/>
                <w:sz w:val="24"/>
                <w:szCs w:val="24"/>
              </w:rPr>
            </w:pPr>
          </w:p>
        </w:tc>
        <w:tc>
          <w:tcPr>
            <w:tcW w:w="2160" w:type="dxa"/>
          </w:tcPr>
          <w:p w:rsidR="00054671" w:rsidRPr="00054671" w:rsidRDefault="00054671" w:rsidP="000546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  <w:r w:rsidRPr="00054671">
              <w:rPr>
                <w:rFonts w:cs="B Nazanin" w:hint="cs"/>
                <w:sz w:val="24"/>
                <w:szCs w:val="24"/>
                <w:rtl/>
              </w:rPr>
              <w:t>کسر حقوق</w:t>
            </w:r>
          </w:p>
        </w:tc>
        <w:tc>
          <w:tcPr>
            <w:tcW w:w="2160" w:type="dxa"/>
          </w:tcPr>
          <w:p w:rsidR="00054671" w:rsidRDefault="00054671" w:rsidP="000546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60" w:type="dxa"/>
          </w:tcPr>
          <w:p w:rsidR="00054671" w:rsidRPr="000A55AE" w:rsidRDefault="00054671" w:rsidP="00054671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  <w:r w:rsidRPr="000A55AE">
              <w:rPr>
                <w:rFonts w:cs="B Nazanin" w:hint="cs"/>
                <w:sz w:val="24"/>
                <w:szCs w:val="24"/>
                <w:rtl/>
              </w:rPr>
              <w:t>پایه سنوات</w:t>
            </w:r>
          </w:p>
        </w:tc>
      </w:tr>
      <w:tr w:rsidR="00054671" w:rsidTr="00DD233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054671" w:rsidRPr="00054671" w:rsidRDefault="00054671" w:rsidP="00054671">
            <w:pPr>
              <w:jc w:val="center"/>
              <w:rPr>
                <w:rFonts w:cs="B Nazanin"/>
                <w:sz w:val="24"/>
                <w:szCs w:val="24"/>
              </w:rPr>
            </w:pPr>
          </w:p>
        </w:tc>
        <w:tc>
          <w:tcPr>
            <w:tcW w:w="2160" w:type="dxa"/>
          </w:tcPr>
          <w:p w:rsidR="00054671" w:rsidRPr="00054671" w:rsidRDefault="00054671" w:rsidP="000546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  <w:r w:rsidRPr="00054671">
              <w:rPr>
                <w:rFonts w:cs="B Nazanin" w:hint="cs"/>
                <w:sz w:val="24"/>
                <w:szCs w:val="24"/>
                <w:rtl/>
              </w:rPr>
              <w:t>پس انداز</w:t>
            </w:r>
          </w:p>
        </w:tc>
        <w:tc>
          <w:tcPr>
            <w:tcW w:w="2160" w:type="dxa"/>
          </w:tcPr>
          <w:p w:rsidR="00054671" w:rsidRDefault="00054671" w:rsidP="000546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60" w:type="dxa"/>
          </w:tcPr>
          <w:p w:rsidR="00054671" w:rsidRPr="000A55AE" w:rsidRDefault="00054671" w:rsidP="00054671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  <w:r w:rsidRPr="000A55AE">
              <w:rPr>
                <w:rFonts w:cs="B Nazanin" w:hint="cs"/>
                <w:sz w:val="24"/>
                <w:szCs w:val="24"/>
                <w:rtl/>
              </w:rPr>
              <w:t>حق مسکن</w:t>
            </w:r>
          </w:p>
        </w:tc>
      </w:tr>
      <w:tr w:rsidR="00054671" w:rsidTr="00DD23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054671" w:rsidRPr="00054671" w:rsidRDefault="00054671" w:rsidP="00054671">
            <w:pPr>
              <w:jc w:val="center"/>
              <w:rPr>
                <w:rFonts w:cs="B Nazanin"/>
                <w:sz w:val="24"/>
                <w:szCs w:val="24"/>
              </w:rPr>
            </w:pPr>
          </w:p>
        </w:tc>
        <w:tc>
          <w:tcPr>
            <w:tcW w:w="2160" w:type="dxa"/>
          </w:tcPr>
          <w:p w:rsidR="00054671" w:rsidRPr="00054671" w:rsidRDefault="00054671" w:rsidP="000546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  <w:r w:rsidRPr="00054671">
              <w:rPr>
                <w:rFonts w:cs="B Nazanin" w:hint="cs"/>
                <w:sz w:val="24"/>
                <w:szCs w:val="24"/>
                <w:rtl/>
              </w:rPr>
              <w:t>سایر</w:t>
            </w:r>
          </w:p>
        </w:tc>
        <w:tc>
          <w:tcPr>
            <w:tcW w:w="2160" w:type="dxa"/>
          </w:tcPr>
          <w:p w:rsidR="00054671" w:rsidRDefault="00054671" w:rsidP="000546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60" w:type="dxa"/>
          </w:tcPr>
          <w:p w:rsidR="00054671" w:rsidRPr="000A55AE" w:rsidRDefault="00054671" w:rsidP="00054671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</w:rPr>
            </w:pPr>
            <w:r w:rsidRPr="00FC646E">
              <w:rPr>
                <w:rFonts w:cs="B Nazanin" w:hint="cs"/>
                <w:sz w:val="24"/>
                <w:szCs w:val="24"/>
                <w:rtl/>
              </w:rPr>
              <w:t>حق خوار و بار</w:t>
            </w:r>
          </w:p>
        </w:tc>
      </w:tr>
      <w:tr w:rsidR="00FC646E" w:rsidTr="00DD233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FC646E" w:rsidRDefault="00FC646E"/>
        </w:tc>
        <w:tc>
          <w:tcPr>
            <w:tcW w:w="2160" w:type="dxa"/>
          </w:tcPr>
          <w:p w:rsidR="00FC646E" w:rsidRDefault="00FC6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60" w:type="dxa"/>
          </w:tcPr>
          <w:p w:rsidR="00FC646E" w:rsidRDefault="00FC6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60" w:type="dxa"/>
          </w:tcPr>
          <w:p w:rsidR="00FC646E" w:rsidRPr="00FC646E" w:rsidRDefault="00FC646E" w:rsidP="00FC646E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حق اولاد</w:t>
            </w:r>
          </w:p>
        </w:tc>
      </w:tr>
      <w:tr w:rsidR="00FC646E" w:rsidTr="00DD23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FC646E" w:rsidRDefault="00FC646E"/>
        </w:tc>
        <w:tc>
          <w:tcPr>
            <w:tcW w:w="2160" w:type="dxa"/>
          </w:tcPr>
          <w:p w:rsidR="00FC646E" w:rsidRDefault="00FC64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60" w:type="dxa"/>
          </w:tcPr>
          <w:p w:rsidR="00FC646E" w:rsidRDefault="00FC64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60" w:type="dxa"/>
          </w:tcPr>
          <w:p w:rsidR="00FC646E" w:rsidRDefault="00FC646E" w:rsidP="00FC646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اضافه کاری</w:t>
            </w:r>
          </w:p>
        </w:tc>
      </w:tr>
      <w:tr w:rsidR="00FC646E" w:rsidTr="00DD233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FC646E" w:rsidRDefault="00FC646E"/>
        </w:tc>
        <w:tc>
          <w:tcPr>
            <w:tcW w:w="2160" w:type="dxa"/>
          </w:tcPr>
          <w:p w:rsidR="00FC646E" w:rsidRDefault="00FC6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60" w:type="dxa"/>
          </w:tcPr>
          <w:p w:rsidR="00FC646E" w:rsidRDefault="00FC6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60" w:type="dxa"/>
          </w:tcPr>
          <w:p w:rsidR="00FC646E" w:rsidRDefault="00FC646E" w:rsidP="00FC646E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سایر</w:t>
            </w:r>
          </w:p>
        </w:tc>
      </w:tr>
      <w:tr w:rsidR="00FC646E" w:rsidTr="00DD23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FC646E" w:rsidRDefault="00FC646E"/>
        </w:tc>
        <w:tc>
          <w:tcPr>
            <w:tcW w:w="2160" w:type="dxa"/>
          </w:tcPr>
          <w:p w:rsidR="00FC646E" w:rsidRDefault="00FC64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60" w:type="dxa"/>
          </w:tcPr>
          <w:p w:rsidR="00FC646E" w:rsidRDefault="00FC64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bookmarkStart w:id="0" w:name="_GoBack"/>
            <w:bookmarkEnd w:id="0"/>
          </w:p>
        </w:tc>
        <w:tc>
          <w:tcPr>
            <w:tcW w:w="2160" w:type="dxa"/>
          </w:tcPr>
          <w:p w:rsidR="00FC646E" w:rsidRDefault="00FC646E" w:rsidP="00FC646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جمع ناخالص</w:t>
            </w:r>
          </w:p>
        </w:tc>
      </w:tr>
      <w:tr w:rsidR="00FC646E" w:rsidTr="00DD233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:rsidR="00FC646E" w:rsidRDefault="00FC646E"/>
        </w:tc>
        <w:tc>
          <w:tcPr>
            <w:tcW w:w="2160" w:type="dxa"/>
          </w:tcPr>
          <w:p w:rsidR="00FC646E" w:rsidRPr="00F718B4" w:rsidRDefault="00F718B4" w:rsidP="00F718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</w:rPr>
            </w:pPr>
            <w:r w:rsidRPr="00F718B4">
              <w:rPr>
                <w:rFonts w:cs="B Nazanin" w:hint="cs"/>
                <w:b/>
                <w:bCs/>
                <w:sz w:val="24"/>
                <w:szCs w:val="24"/>
                <w:rtl/>
              </w:rPr>
              <w:t>جمع کسورات</w:t>
            </w:r>
          </w:p>
        </w:tc>
        <w:tc>
          <w:tcPr>
            <w:tcW w:w="2160" w:type="dxa"/>
          </w:tcPr>
          <w:p w:rsidR="00FC646E" w:rsidRDefault="00FC6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60" w:type="dxa"/>
          </w:tcPr>
          <w:p w:rsidR="00FC646E" w:rsidRPr="00FC646E" w:rsidRDefault="00FC646E" w:rsidP="00FC646E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FC646E">
              <w:rPr>
                <w:rFonts w:cs="B Nazanin" w:hint="cs"/>
                <w:b/>
                <w:bCs/>
                <w:sz w:val="24"/>
                <w:szCs w:val="24"/>
                <w:rtl/>
              </w:rPr>
              <w:t>مبلغ خالص پرداختی</w:t>
            </w:r>
          </w:p>
        </w:tc>
      </w:tr>
    </w:tbl>
    <w:p w:rsidR="00EF367E" w:rsidRDefault="00EF367E"/>
    <w:tbl>
      <w:tblPr>
        <w:tblStyle w:val="GridTable6Colorful-Accent2"/>
        <w:tblW w:w="0" w:type="auto"/>
        <w:tblLook w:val="04A0" w:firstRow="1" w:lastRow="0" w:firstColumn="1" w:lastColumn="0" w:noHBand="0" w:noVBand="1"/>
      </w:tblPr>
      <w:tblGrid>
        <w:gridCol w:w="4334"/>
        <w:gridCol w:w="4334"/>
      </w:tblGrid>
      <w:tr w:rsidR="00EF367E" w:rsidTr="00DF3B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34" w:type="dxa"/>
          </w:tcPr>
          <w:p w:rsidR="00EF367E" w:rsidRPr="000A55AE" w:rsidRDefault="009470CC" w:rsidP="009470CC">
            <w:pPr>
              <w:bidi/>
              <w:rPr>
                <w:rFonts w:cs="B Nazanin"/>
                <w:b w:val="0"/>
                <w:bCs w:val="0"/>
                <w:sz w:val="24"/>
                <w:szCs w:val="24"/>
              </w:rPr>
            </w:pPr>
            <w:r w:rsidRPr="000A55AE">
              <w:rPr>
                <w:rFonts w:cs="B Nazanin" w:hint="cs"/>
                <w:sz w:val="24"/>
                <w:szCs w:val="24"/>
                <w:rtl/>
              </w:rPr>
              <w:t>مهر شرکت</w:t>
            </w:r>
          </w:p>
        </w:tc>
        <w:tc>
          <w:tcPr>
            <w:tcW w:w="4334" w:type="dxa"/>
          </w:tcPr>
          <w:p w:rsidR="00EF367E" w:rsidRPr="000A55AE" w:rsidRDefault="009470CC" w:rsidP="009470CC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sz w:val="24"/>
                <w:szCs w:val="24"/>
              </w:rPr>
            </w:pPr>
            <w:r w:rsidRPr="000A55AE">
              <w:rPr>
                <w:rFonts w:cs="B Nazanin" w:hint="cs"/>
                <w:sz w:val="24"/>
                <w:szCs w:val="24"/>
                <w:rtl/>
              </w:rPr>
              <w:t>امضاء مدیر عامل</w:t>
            </w:r>
          </w:p>
        </w:tc>
      </w:tr>
    </w:tbl>
    <w:p w:rsidR="00015104" w:rsidRDefault="00015104"/>
    <w:sectPr w:rsidR="00015104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15104"/>
    <w:rsid w:val="00034616"/>
    <w:rsid w:val="00054671"/>
    <w:rsid w:val="0006063C"/>
    <w:rsid w:val="00063355"/>
    <w:rsid w:val="000A55AE"/>
    <w:rsid w:val="0015074B"/>
    <w:rsid w:val="001A32C7"/>
    <w:rsid w:val="001F19F9"/>
    <w:rsid w:val="0029639D"/>
    <w:rsid w:val="00326F90"/>
    <w:rsid w:val="004F09B6"/>
    <w:rsid w:val="00586647"/>
    <w:rsid w:val="0061649C"/>
    <w:rsid w:val="00903DF7"/>
    <w:rsid w:val="009470CC"/>
    <w:rsid w:val="00A95FA8"/>
    <w:rsid w:val="00AA1D8D"/>
    <w:rsid w:val="00AE4011"/>
    <w:rsid w:val="00B47730"/>
    <w:rsid w:val="00CB0664"/>
    <w:rsid w:val="00D41FFD"/>
    <w:rsid w:val="00D9348F"/>
    <w:rsid w:val="00DD2338"/>
    <w:rsid w:val="00DF3B7B"/>
    <w:rsid w:val="00E1500F"/>
    <w:rsid w:val="00EF367E"/>
    <w:rsid w:val="00EF77A7"/>
    <w:rsid w:val="00F718B4"/>
    <w:rsid w:val="00FC646E"/>
    <w:rsid w:val="00FC693F"/>
    <w:rsid w:val="00FD4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  <w15:docId w15:val="{AD43E3D8-B37D-4A10-82C0-955B2CC1E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dTable4-Accent2">
    <w:name w:val="Grid Table 4 Accent 2"/>
    <w:basedOn w:val="TableNormal"/>
    <w:uiPriority w:val="49"/>
    <w:rsid w:val="00DD2338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DF3B7B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1776552-789F-4C41-AE91-02295ADEA3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57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385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 7</cp:lastModifiedBy>
  <cp:revision>21</cp:revision>
  <dcterms:created xsi:type="dcterms:W3CDTF">2013-12-23T23:15:00Z</dcterms:created>
  <dcterms:modified xsi:type="dcterms:W3CDTF">2026-08-04T01:55:00Z</dcterms:modified>
  <cp:category/>
</cp:coreProperties>
</file>