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C3" w:rsidRPr="005820C3" w:rsidRDefault="005820C3" w:rsidP="005820C3">
      <w:pPr>
        <w:jc w:val="center"/>
        <w:rPr>
          <w:rFonts w:cs="B Nazanin"/>
          <w:b/>
          <w:bCs/>
          <w:sz w:val="36"/>
          <w:szCs w:val="36"/>
        </w:rPr>
      </w:pPr>
    </w:p>
    <w:p w:rsidR="00BC6D6E" w:rsidRDefault="005820C3" w:rsidP="005820C3">
      <w:pPr>
        <w:tabs>
          <w:tab w:val="left" w:pos="6195"/>
        </w:tabs>
        <w:jc w:val="center"/>
        <w:rPr>
          <w:rFonts w:cs="Cambria"/>
          <w:b/>
          <w:bCs/>
          <w:sz w:val="36"/>
          <w:szCs w:val="36"/>
        </w:rPr>
      </w:pPr>
      <w:r>
        <w:rPr>
          <w:rFonts w:cs="Cambria" w:hint="cs"/>
          <w:b/>
          <w:bCs/>
          <w:sz w:val="36"/>
          <w:szCs w:val="36"/>
          <w:rtl/>
        </w:rPr>
        <w:t xml:space="preserve">" </w:t>
      </w:r>
      <w:r w:rsidRPr="005820C3">
        <w:rPr>
          <w:rFonts w:cs="B Nazanin" w:hint="cs"/>
          <w:b/>
          <w:bCs/>
          <w:sz w:val="36"/>
          <w:szCs w:val="36"/>
          <w:rtl/>
        </w:rPr>
        <w:t>فرم درخواست استعفا</w:t>
      </w:r>
      <w:r>
        <w:rPr>
          <w:rFonts w:cs="B Nazanin" w:hint="cs"/>
          <w:b/>
          <w:bCs/>
          <w:sz w:val="36"/>
          <w:szCs w:val="36"/>
          <w:rtl/>
        </w:rPr>
        <w:t xml:space="preserve"> </w:t>
      </w:r>
      <w:r>
        <w:rPr>
          <w:rFonts w:cs="Cambria" w:hint="cs"/>
          <w:b/>
          <w:bCs/>
          <w:sz w:val="36"/>
          <w:szCs w:val="36"/>
          <w:rtl/>
        </w:rPr>
        <w:t>"</w:t>
      </w:r>
    </w:p>
    <w:p w:rsidR="00BC6D6E" w:rsidRDefault="00BC6D6E" w:rsidP="00BC6D6E">
      <w:pPr>
        <w:rPr>
          <w:rFonts w:cs="Cambria"/>
          <w:sz w:val="36"/>
          <w:szCs w:val="36"/>
        </w:rPr>
      </w:pPr>
    </w:p>
    <w:p w:rsidR="00000000" w:rsidRDefault="00BC6D6E" w:rsidP="00BC6D6E">
      <w:pPr>
        <w:bidi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اینجانب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 xml:space="preserve"> ...................................... </w:t>
      </w:r>
      <w:r>
        <w:rPr>
          <w:rFonts w:cs="B Nazanin" w:hint="cs"/>
          <w:sz w:val="28"/>
          <w:szCs w:val="28"/>
          <w:rtl/>
        </w:rPr>
        <w:t xml:space="preserve">به شماره ملی 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>........................................</w:t>
      </w:r>
      <w:r>
        <w:rPr>
          <w:rFonts w:cs="B Nazanin" w:hint="cs"/>
          <w:sz w:val="28"/>
          <w:szCs w:val="28"/>
          <w:rtl/>
        </w:rPr>
        <w:t xml:space="preserve"> به عنوان 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 xml:space="preserve">............................ </w:t>
      </w:r>
      <w:r>
        <w:rPr>
          <w:rFonts w:cs="B Nazanin" w:hint="cs"/>
          <w:sz w:val="28"/>
          <w:szCs w:val="28"/>
          <w:rtl/>
        </w:rPr>
        <w:t>از تاریخ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 xml:space="preserve"> .................................. </w:t>
      </w:r>
      <w:r>
        <w:rPr>
          <w:rFonts w:cs="B Nazanin" w:hint="cs"/>
          <w:sz w:val="28"/>
          <w:szCs w:val="28"/>
          <w:rtl/>
        </w:rPr>
        <w:t>لغایت</w:t>
      </w:r>
    </w:p>
    <w:p w:rsidR="00BC6D6E" w:rsidRDefault="00BC6D6E" w:rsidP="00BC6D6E">
      <w:pPr>
        <w:bidi/>
        <w:rPr>
          <w:rFonts w:cs="B Nazanin" w:hint="cs"/>
          <w:sz w:val="28"/>
          <w:szCs w:val="28"/>
          <w:rtl/>
        </w:rPr>
      </w:pP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 xml:space="preserve">............................ </w:t>
      </w:r>
      <w:r>
        <w:rPr>
          <w:rFonts w:cs="B Nazanin" w:hint="cs"/>
          <w:sz w:val="28"/>
          <w:szCs w:val="28"/>
          <w:rtl/>
        </w:rPr>
        <w:t xml:space="preserve">در شرکت 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 xml:space="preserve">............................... </w:t>
      </w:r>
      <w:r>
        <w:rPr>
          <w:rFonts w:cs="B Nazanin" w:hint="cs"/>
          <w:sz w:val="28"/>
          <w:szCs w:val="28"/>
          <w:rtl/>
        </w:rPr>
        <w:t xml:space="preserve">مشغول به کار بودم از تاریخ 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>..................................</w:t>
      </w:r>
      <w:r>
        <w:rPr>
          <w:rFonts w:cs="B Nazanin" w:hint="cs"/>
          <w:sz w:val="28"/>
          <w:szCs w:val="28"/>
          <w:rtl/>
        </w:rPr>
        <w:t xml:space="preserve"> باستناد بند (و) ماده 21 قانون کار و تبصره ماده واحد آن استعفای خود را اعلام می‌نمایم و تا تاریخ </w:t>
      </w:r>
      <w:r w:rsidRPr="005B77FE">
        <w:rPr>
          <w:rFonts w:cs="B Nazanin" w:hint="cs"/>
          <w:color w:val="A6A6A6" w:themeColor="background1" w:themeShade="A6"/>
          <w:sz w:val="28"/>
          <w:szCs w:val="28"/>
          <w:rtl/>
        </w:rPr>
        <w:t>...................................</w:t>
      </w:r>
      <w:r>
        <w:rPr>
          <w:rFonts w:cs="B Nazanin" w:hint="cs"/>
          <w:sz w:val="28"/>
          <w:szCs w:val="28"/>
          <w:rtl/>
        </w:rPr>
        <w:t xml:space="preserve"> کارهای خود را تحویل می‌دهم.</w:t>
      </w:r>
    </w:p>
    <w:p w:rsidR="00BC6D6E" w:rsidRDefault="00BC6D6E" w:rsidP="00BC6D6E">
      <w:pPr>
        <w:bidi/>
        <w:rPr>
          <w:rFonts w:cs="B Nazanin" w:hint="cs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لذا خواهشمند است دستورات لازم را جهت تسویه حساب و انجام کلیه مراحل قانونی صادر نمایید.</w:t>
      </w:r>
    </w:p>
    <w:p w:rsidR="00BC6D6E" w:rsidRDefault="00BC6D6E" w:rsidP="00BC6D6E">
      <w:pPr>
        <w:bidi/>
        <w:rPr>
          <w:rFonts w:cs="B Nazanin"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</w:p>
    <w:p w:rsidR="00BC6D6E" w:rsidRPr="00BC6D6E" w:rsidRDefault="00BC6D6E" w:rsidP="00BC6D6E">
      <w:pPr>
        <w:bidi/>
        <w:rPr>
          <w:rFonts w:cs="Cambria"/>
          <w:b/>
          <w:bCs/>
          <w:sz w:val="28"/>
          <w:szCs w:val="28"/>
          <w:rtl/>
        </w:rPr>
      </w:pPr>
      <w:r w:rsidRPr="00BC6D6E">
        <w:rPr>
          <w:rFonts w:cs="B Nazanin" w:hint="cs"/>
          <w:b/>
          <w:bCs/>
          <w:sz w:val="28"/>
          <w:szCs w:val="28"/>
          <w:rtl/>
        </w:rPr>
        <w:t>اظهارنظر مدیریت</w:t>
      </w:r>
      <w:r w:rsidRPr="00BC6D6E">
        <w:rPr>
          <w:rFonts w:cs="Cambria" w:hint="cs"/>
          <w:b/>
          <w:bCs/>
          <w:sz w:val="28"/>
          <w:szCs w:val="28"/>
          <w:rtl/>
        </w:rPr>
        <w:t>:</w:t>
      </w:r>
    </w:p>
    <w:p w:rsidR="00BC6D6E" w:rsidRPr="005B77FE" w:rsidRDefault="00BC6D6E" w:rsidP="00BC6D6E">
      <w:pPr>
        <w:bidi/>
        <w:rPr>
          <w:rFonts w:cs="B Nazanin"/>
          <w:b/>
          <w:bCs/>
          <w:sz w:val="28"/>
          <w:szCs w:val="28"/>
          <w:rtl/>
        </w:rPr>
      </w:pPr>
      <w:r w:rsidRPr="005B77FE">
        <w:rPr>
          <w:rFonts w:cs="B Nazanin" w:hint="cs"/>
          <w:b/>
          <w:bCs/>
          <w:sz w:val="28"/>
          <w:szCs w:val="28"/>
          <w:rtl/>
        </w:rPr>
        <w:t xml:space="preserve"> نام و نام خانوادگی:</w:t>
      </w:r>
    </w:p>
    <w:p w:rsidR="00BC6D6E" w:rsidRPr="005B77FE" w:rsidRDefault="00BC6D6E" w:rsidP="00BC6D6E">
      <w:pPr>
        <w:bidi/>
        <w:rPr>
          <w:rFonts w:cs="B Nazanin"/>
          <w:b/>
          <w:bCs/>
          <w:sz w:val="28"/>
          <w:szCs w:val="28"/>
        </w:rPr>
      </w:pPr>
      <w:bookmarkStart w:id="0" w:name="_GoBack"/>
      <w:bookmarkEnd w:id="0"/>
      <w:r w:rsidRPr="005B77FE">
        <w:rPr>
          <w:rFonts w:cs="B Nazanin" w:hint="cs"/>
          <w:b/>
          <w:bCs/>
          <w:sz w:val="28"/>
          <w:szCs w:val="28"/>
          <w:rtl/>
        </w:rPr>
        <w:t>امضاء و اثرانگشت:</w:t>
      </w:r>
    </w:p>
    <w:sectPr w:rsidR="00BC6D6E" w:rsidRPr="005B77FE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E5032"/>
    <w:rsid w:val="005820C3"/>
    <w:rsid w:val="005B77FE"/>
    <w:rsid w:val="00AA1D8D"/>
    <w:rsid w:val="00B47730"/>
    <w:rsid w:val="00B86A5F"/>
    <w:rsid w:val="00BC6D6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08A39AFA"/>
  <w14:defaultImageDpi w14:val="300"/>
  <w15:docId w15:val="{24328607-8AF0-44D4-9349-20D5D1F7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456805-5F81-428F-AFAE-8B2D0CFF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7</cp:revision>
  <dcterms:created xsi:type="dcterms:W3CDTF">2013-12-23T23:15:00Z</dcterms:created>
  <dcterms:modified xsi:type="dcterms:W3CDTF">2026-06-22T23:01:00Z</dcterms:modified>
  <cp:category/>
</cp:coreProperties>
</file>