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859" w:rsidRPr="00575BD7" w:rsidRDefault="00283859" w:rsidP="00283859">
      <w:pPr>
        <w:bidi/>
        <w:rPr>
          <w:rFonts w:cs="B Nazanin"/>
          <w:sz w:val="40"/>
          <w:szCs w:val="40"/>
        </w:rPr>
      </w:pPr>
    </w:p>
    <w:p w:rsidR="00000000" w:rsidRPr="00575BD7" w:rsidRDefault="00283859" w:rsidP="00283859">
      <w:pPr>
        <w:bidi/>
        <w:jc w:val="center"/>
        <w:rPr>
          <w:rFonts w:cs="B Nazanin"/>
          <w:b/>
          <w:bCs/>
          <w:sz w:val="40"/>
          <w:szCs w:val="40"/>
          <w:rtl/>
        </w:rPr>
      </w:pPr>
      <w:r w:rsidRPr="00575BD7">
        <w:rPr>
          <w:rFonts w:cs="B Nazanin" w:hint="cs"/>
          <w:b/>
          <w:bCs/>
          <w:sz w:val="40"/>
          <w:szCs w:val="40"/>
          <w:rtl/>
        </w:rPr>
        <w:t>درخواست حقوق / مساعده</w:t>
      </w:r>
    </w:p>
    <w:p w:rsidR="00BE045D" w:rsidRPr="00575BD7" w:rsidRDefault="00BE045D" w:rsidP="00BE045D">
      <w:pPr>
        <w:bidi/>
        <w:rPr>
          <w:rFonts w:cs="B Nazanin"/>
          <w:color w:val="A6A6A6" w:themeColor="background1" w:themeShade="A6"/>
          <w:sz w:val="24"/>
          <w:szCs w:val="24"/>
          <w:rtl/>
        </w:rPr>
      </w:pPr>
      <w:r w:rsidRPr="00575BD7">
        <w:rPr>
          <w:rFonts w:cs="B Nazanin" w:hint="cs"/>
          <w:sz w:val="24"/>
          <w:szCs w:val="24"/>
          <w:rtl/>
        </w:rPr>
        <w:t xml:space="preserve">نام پروژه : 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</w:rPr>
        <w:t>......................................................</w:t>
      </w:r>
    </w:p>
    <w:p w:rsidR="00BE045D" w:rsidRPr="00575BD7" w:rsidRDefault="00441D09" w:rsidP="00BE045D">
      <w:pPr>
        <w:bidi/>
        <w:rPr>
          <w:rFonts w:cs="B Nazanin"/>
          <w:b/>
          <w:bCs/>
          <w:color w:val="A6A6A6" w:themeColor="background1" w:themeShade="A6"/>
          <w:sz w:val="24"/>
          <w:szCs w:val="24"/>
          <w:rtl/>
          <w:lang w:bidi="fa-IR"/>
        </w:rPr>
      </w:pPr>
      <w:r w:rsidRPr="00575BD7">
        <w:rPr>
          <w:rFonts w:cs="B Nazanin" w:hint="cs"/>
          <w:b/>
          <w:bCs/>
          <w:sz w:val="24"/>
          <w:szCs w:val="24"/>
          <w:rtl/>
          <w:lang w:bidi="fa-IR"/>
        </w:rPr>
        <w:t xml:space="preserve">مدیر محترم: 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</w:t>
      </w:r>
    </w:p>
    <w:p w:rsidR="00441D09" w:rsidRPr="00575BD7" w:rsidRDefault="00441D09" w:rsidP="00441D09">
      <w:pPr>
        <w:bidi/>
        <w:rPr>
          <w:rFonts w:cs="B Nazanin"/>
          <w:sz w:val="24"/>
          <w:szCs w:val="24"/>
          <w:rtl/>
          <w:lang w:bidi="fa-IR"/>
        </w:rPr>
      </w:pPr>
      <w:r w:rsidRPr="00575BD7">
        <w:rPr>
          <w:rFonts w:cs="B Nazanin" w:hint="cs"/>
          <w:sz w:val="24"/>
          <w:szCs w:val="24"/>
          <w:rtl/>
          <w:lang w:bidi="fa-IR"/>
        </w:rPr>
        <w:t xml:space="preserve">احتراما، خواهشمند است در خصوص پرداخت مبلغ 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 xml:space="preserve">......................................... </w:t>
      </w:r>
      <w:r w:rsidRPr="00575BD7">
        <w:rPr>
          <w:rFonts w:cs="B Nazanin" w:hint="cs"/>
          <w:sz w:val="24"/>
          <w:szCs w:val="24"/>
          <w:rtl/>
          <w:lang w:bidi="fa-IR"/>
        </w:rPr>
        <w:t xml:space="preserve">به حروف 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 xml:space="preserve">.................................................................... </w:t>
      </w:r>
      <w:r w:rsidR="00814E14" w:rsidRPr="00575BD7">
        <w:rPr>
          <w:rFonts w:cs="B Nazanin" w:hint="cs"/>
          <w:sz w:val="24"/>
          <w:szCs w:val="24"/>
          <w:rtl/>
          <w:lang w:bidi="fa-IR"/>
        </w:rPr>
        <w:t>به اینجانب</w:t>
      </w:r>
      <w:r w:rsidR="00814E14"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</w:t>
      </w:r>
      <w:r w:rsidR="00814E14" w:rsidRPr="00575BD7">
        <w:rPr>
          <w:rFonts w:cs="B Nazanin" w:hint="cs"/>
          <w:sz w:val="24"/>
          <w:szCs w:val="24"/>
          <w:rtl/>
          <w:lang w:bidi="fa-IR"/>
        </w:rPr>
        <w:t xml:space="preserve"> با سمت </w:t>
      </w:r>
      <w:r w:rsidR="00814E14"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</w:t>
      </w:r>
      <w:r w:rsidR="00814E14" w:rsidRPr="00575BD7">
        <w:rPr>
          <w:rFonts w:cs="B Nazanin" w:hint="cs"/>
          <w:sz w:val="24"/>
          <w:szCs w:val="24"/>
          <w:rtl/>
          <w:lang w:bidi="fa-IR"/>
        </w:rPr>
        <w:t xml:space="preserve"> مشغول در واحد </w:t>
      </w:r>
      <w:r w:rsidR="00814E14"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.........................................................</w:t>
      </w:r>
      <w:r w:rsidR="00814E14" w:rsidRPr="00575BD7">
        <w:rPr>
          <w:rFonts w:cs="B Nazanin" w:hint="cs"/>
          <w:sz w:val="24"/>
          <w:szCs w:val="24"/>
          <w:rtl/>
          <w:lang w:bidi="fa-IR"/>
        </w:rPr>
        <w:t xml:space="preserve"> به عنوان مساعده دستور مقتضی صادر فرمائید.</w:t>
      </w:r>
    </w:p>
    <w:p w:rsidR="00814E14" w:rsidRPr="00575BD7" w:rsidRDefault="00814E14" w:rsidP="00814E14">
      <w:pPr>
        <w:bidi/>
        <w:rPr>
          <w:rFonts w:cs="B Nazanin"/>
          <w:sz w:val="24"/>
          <w:szCs w:val="24"/>
          <w:rtl/>
          <w:lang w:bidi="fa-IR"/>
        </w:rPr>
      </w:pPr>
    </w:p>
    <w:p w:rsidR="00814E14" w:rsidRPr="00575BD7" w:rsidRDefault="00814E14" w:rsidP="00814E14">
      <w:pPr>
        <w:bidi/>
        <w:rPr>
          <w:rFonts w:cs="B Nazanin"/>
          <w:sz w:val="24"/>
          <w:szCs w:val="24"/>
          <w:rtl/>
          <w:lang w:bidi="fa-IR"/>
        </w:rPr>
      </w:pPr>
    </w:p>
    <w:p w:rsidR="00814E14" w:rsidRPr="00575BD7" w:rsidRDefault="00814E14" w:rsidP="00814E14">
      <w:pPr>
        <w:bidi/>
        <w:rPr>
          <w:rFonts w:cs="B Nazanin" w:hint="cs"/>
          <w:sz w:val="24"/>
          <w:szCs w:val="24"/>
          <w:rtl/>
          <w:lang w:bidi="fa-IR"/>
        </w:rPr>
      </w:pPr>
      <w:r w:rsidRPr="00575BD7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امضاء درخواست کننده</w:t>
      </w:r>
    </w:p>
    <w:p w:rsidR="00575BD7" w:rsidRPr="00575BD7" w:rsidRDefault="00814E14" w:rsidP="00814E14">
      <w:pPr>
        <w:bidi/>
        <w:rPr>
          <w:rFonts w:cs="B Nazanin"/>
          <w:sz w:val="24"/>
          <w:szCs w:val="24"/>
          <w:lang w:bidi="fa-IR"/>
        </w:rPr>
      </w:pPr>
      <w:r w:rsidRPr="00575BD7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</w:t>
      </w:r>
      <w:r w:rsidR="00575BD7">
        <w:rPr>
          <w:rFonts w:cs="B Nazanin" w:hint="cs"/>
          <w:sz w:val="24"/>
          <w:szCs w:val="24"/>
          <w:rtl/>
          <w:lang w:bidi="fa-IR"/>
        </w:rPr>
        <w:t xml:space="preserve">                </w:t>
      </w:r>
      <w:r w:rsidRPr="00575BD7">
        <w:rPr>
          <w:rFonts w:cs="B Nazanin" w:hint="cs"/>
          <w:sz w:val="24"/>
          <w:szCs w:val="24"/>
          <w:rtl/>
          <w:lang w:bidi="fa-IR"/>
        </w:rPr>
        <w:t xml:space="preserve">    تاریخ</w:t>
      </w:r>
    </w:p>
    <w:p w:rsidR="00575BD7" w:rsidRPr="00575BD7" w:rsidRDefault="00575BD7" w:rsidP="00575BD7">
      <w:pPr>
        <w:bidi/>
        <w:rPr>
          <w:rFonts w:cs="B Nazanin"/>
          <w:sz w:val="24"/>
          <w:szCs w:val="24"/>
          <w:lang w:bidi="fa-IR"/>
        </w:rPr>
      </w:pPr>
    </w:p>
    <w:p w:rsidR="00575BD7" w:rsidRPr="00575BD7" w:rsidRDefault="00575BD7" w:rsidP="00575BD7">
      <w:pPr>
        <w:bidi/>
        <w:rPr>
          <w:rFonts w:cs="B Nazanin"/>
          <w:sz w:val="24"/>
          <w:szCs w:val="24"/>
          <w:lang w:bidi="fa-IR"/>
        </w:rPr>
      </w:pPr>
    </w:p>
    <w:p w:rsidR="00575BD7" w:rsidRPr="00575BD7" w:rsidRDefault="00575BD7" w:rsidP="00575BD7">
      <w:pPr>
        <w:bidi/>
        <w:rPr>
          <w:rFonts w:cs="B Nazanin"/>
          <w:sz w:val="24"/>
          <w:szCs w:val="24"/>
          <w:lang w:bidi="fa-IR"/>
        </w:rPr>
      </w:pPr>
    </w:p>
    <w:p w:rsidR="00814E14" w:rsidRPr="00575BD7" w:rsidRDefault="00575BD7" w:rsidP="00575BD7">
      <w:pPr>
        <w:bidi/>
        <w:rPr>
          <w:rFonts w:cs="B Nazanin" w:hint="cs"/>
          <w:sz w:val="24"/>
          <w:szCs w:val="24"/>
          <w:rtl/>
          <w:lang w:bidi="fa-IR"/>
        </w:rPr>
      </w:pPr>
      <w:r w:rsidRPr="00575BD7">
        <w:rPr>
          <w:rFonts w:cs="B Nazanin" w:hint="cs"/>
          <w:b/>
          <w:bCs/>
          <w:sz w:val="24"/>
          <w:szCs w:val="24"/>
          <w:rtl/>
          <w:lang w:bidi="fa-IR"/>
        </w:rPr>
        <w:t>مدیر محترم مالی</w:t>
      </w:r>
      <w:r w:rsidRPr="00575BD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................................................................</w:t>
      </w:r>
    </w:p>
    <w:p w:rsidR="00575BD7" w:rsidRPr="00575BD7" w:rsidRDefault="00575BD7" w:rsidP="00575BD7">
      <w:pPr>
        <w:bidi/>
        <w:rPr>
          <w:rFonts w:cs="B Nazanin" w:hint="cs"/>
          <w:sz w:val="24"/>
          <w:szCs w:val="24"/>
          <w:rtl/>
          <w:lang w:bidi="fa-IR"/>
        </w:rPr>
      </w:pPr>
      <w:r w:rsidRPr="00575BD7">
        <w:rPr>
          <w:rFonts w:cs="B Nazanin" w:hint="cs"/>
          <w:sz w:val="24"/>
          <w:szCs w:val="24"/>
          <w:rtl/>
          <w:lang w:bidi="fa-IR"/>
        </w:rPr>
        <w:t>خواهشمند است در خصوص پرداخت مبلغ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</w:t>
      </w:r>
      <w:r w:rsidRPr="00575BD7">
        <w:rPr>
          <w:rFonts w:cs="B Nazanin" w:hint="cs"/>
          <w:sz w:val="24"/>
          <w:szCs w:val="24"/>
          <w:rtl/>
          <w:lang w:bidi="fa-IR"/>
        </w:rPr>
        <w:t xml:space="preserve"> به حروف </w:t>
      </w:r>
      <w:r w:rsidRPr="00575BD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................................................................................................................</w:t>
      </w:r>
    </w:p>
    <w:p w:rsidR="00575BD7" w:rsidRDefault="00575BD7" w:rsidP="00575BD7">
      <w:pPr>
        <w:bidi/>
        <w:rPr>
          <w:rFonts w:cs="B Nazanin"/>
          <w:sz w:val="24"/>
          <w:szCs w:val="24"/>
          <w:rtl/>
          <w:lang w:bidi="fa-IR"/>
        </w:rPr>
      </w:pPr>
      <w:r w:rsidRPr="00575BD7">
        <w:rPr>
          <w:rFonts w:cs="B Nazanin" w:hint="cs"/>
          <w:sz w:val="24"/>
          <w:szCs w:val="24"/>
          <w:rtl/>
          <w:lang w:bidi="fa-IR"/>
        </w:rPr>
        <w:t xml:space="preserve">به نامبرده به عنوان مساعده از </w:t>
      </w:r>
      <w:bookmarkStart w:id="0" w:name="_GoBack"/>
      <w:bookmarkEnd w:id="0"/>
      <w:r w:rsidRPr="00575BD7">
        <w:rPr>
          <w:rFonts w:cs="B Nazanin" w:hint="cs"/>
          <w:sz w:val="24"/>
          <w:szCs w:val="24"/>
          <w:rtl/>
          <w:lang w:bidi="fa-IR"/>
        </w:rPr>
        <w:t>محل حقوق و مزایای ایشان اقدام فرمائید.</w:t>
      </w:r>
    </w:p>
    <w:p w:rsidR="00575BD7" w:rsidRDefault="00575BD7" w:rsidP="00575BD7">
      <w:pPr>
        <w:bidi/>
        <w:rPr>
          <w:rFonts w:cs="B Nazanin"/>
          <w:sz w:val="24"/>
          <w:szCs w:val="24"/>
          <w:rtl/>
          <w:lang w:bidi="fa-IR"/>
        </w:rPr>
      </w:pPr>
    </w:p>
    <w:p w:rsidR="00575BD7" w:rsidRDefault="00575BD7" w:rsidP="00575BD7">
      <w:pPr>
        <w:bidi/>
        <w:rPr>
          <w:rFonts w:cs="B Nazanin"/>
          <w:sz w:val="24"/>
          <w:szCs w:val="24"/>
          <w:rtl/>
          <w:lang w:bidi="fa-IR"/>
        </w:rPr>
      </w:pPr>
    </w:p>
    <w:p w:rsidR="00575BD7" w:rsidRDefault="00575BD7" w:rsidP="00575BD7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امضاء تائید کننده </w:t>
      </w:r>
    </w:p>
    <w:p w:rsidR="00575BD7" w:rsidRPr="00575BD7" w:rsidRDefault="00575BD7" w:rsidP="00575BD7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تاریخ</w:t>
      </w:r>
    </w:p>
    <w:sectPr w:rsidR="00575BD7" w:rsidRPr="00575BD7" w:rsidSect="00034616">
      <w:pgSz w:w="12240" w:h="15840"/>
      <w:pgMar w:top="567" w:right="567" w:bottom="567" w:left="567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5774"/>
    <w:rsid w:val="00283859"/>
    <w:rsid w:val="0029639D"/>
    <w:rsid w:val="00326F90"/>
    <w:rsid w:val="00441D09"/>
    <w:rsid w:val="00575BD7"/>
    <w:rsid w:val="00814E14"/>
    <w:rsid w:val="00903E51"/>
    <w:rsid w:val="00AA1D8D"/>
    <w:rsid w:val="00B47730"/>
    <w:rsid w:val="00BE045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68B5A0C2"/>
  <w14:defaultImageDpi w14:val="300"/>
  <w15:docId w15:val="{EA1F9995-EE05-4115-8624-D00DF98D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82C947-935B-403A-A231-5058F3D6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7</cp:revision>
  <dcterms:created xsi:type="dcterms:W3CDTF">2013-12-23T23:15:00Z</dcterms:created>
  <dcterms:modified xsi:type="dcterms:W3CDTF">2026-06-22T18:52:00Z</dcterms:modified>
  <cp:category/>
</cp:coreProperties>
</file>