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22C" w:rsidRPr="00AD16B3" w:rsidRDefault="000F422C" w:rsidP="00AD16B3">
      <w:pPr>
        <w:bidi/>
        <w:rPr>
          <w:rFonts w:cs="B Nazanin"/>
          <w:sz w:val="24"/>
          <w:szCs w:val="24"/>
          <w:rtl/>
        </w:rPr>
      </w:pPr>
    </w:p>
    <w:p w:rsidR="00AD16B3" w:rsidRPr="00AD16B3" w:rsidRDefault="00AD16B3" w:rsidP="00AD16B3">
      <w:pPr>
        <w:bidi/>
        <w:rPr>
          <w:rFonts w:cs="B Nazanin"/>
          <w:sz w:val="24"/>
          <w:szCs w:val="24"/>
          <w:rtl/>
        </w:rPr>
      </w:pPr>
    </w:p>
    <w:p w:rsidR="00AD16B3" w:rsidRPr="00AD16B3" w:rsidRDefault="00AD16B3" w:rsidP="00AD16B3">
      <w:pPr>
        <w:bidi/>
        <w:rPr>
          <w:rFonts w:cs="B Nazanin"/>
          <w:sz w:val="24"/>
          <w:szCs w:val="24"/>
          <w:rtl/>
        </w:rPr>
      </w:pPr>
    </w:p>
    <w:p w:rsidR="00AD16B3" w:rsidRPr="00AD16B3" w:rsidRDefault="00AD16B3" w:rsidP="00AD16B3">
      <w:pPr>
        <w:bidi/>
        <w:rPr>
          <w:rFonts w:cs="B Nazanin"/>
          <w:sz w:val="24"/>
          <w:szCs w:val="24"/>
          <w:rtl/>
        </w:rPr>
      </w:pPr>
    </w:p>
    <w:p w:rsidR="00AD16B3" w:rsidRPr="00AD16B3" w:rsidRDefault="00AD16B3" w:rsidP="00AD16B3">
      <w:pPr>
        <w:bidi/>
        <w:rPr>
          <w:rFonts w:cs="B Nazanin"/>
          <w:sz w:val="24"/>
          <w:szCs w:val="24"/>
          <w:rtl/>
        </w:rPr>
      </w:pPr>
    </w:p>
    <w:tbl>
      <w:tblPr>
        <w:tblStyle w:val="LightGrid"/>
        <w:bidiVisual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82"/>
        <w:gridCol w:w="8264"/>
        <w:gridCol w:w="7"/>
      </w:tblGrid>
      <w:tr w:rsidR="00B54AB4" w:rsidRPr="00AD16B3" w:rsidTr="00F97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3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B54AB4" w:rsidRPr="00B54AB4" w:rsidRDefault="00B54AB4" w:rsidP="00B54AB4">
            <w:pPr>
              <w:bidi/>
              <w:jc w:val="center"/>
              <w:rPr>
                <w:rFonts w:cs="B Nazanin"/>
                <w:sz w:val="40"/>
                <w:szCs w:val="40"/>
                <w:rtl/>
              </w:rPr>
            </w:pPr>
            <w:r w:rsidRPr="00B54AB4">
              <w:rPr>
                <w:rFonts w:cs="B Nazanin" w:hint="cs"/>
                <w:sz w:val="40"/>
                <w:szCs w:val="40"/>
                <w:rtl/>
              </w:rPr>
              <w:t>بیجک باربری</w:t>
            </w:r>
          </w:p>
        </w:tc>
      </w:tr>
      <w:tr w:rsidR="00A57B1B" w:rsidRPr="00AD16B3" w:rsidTr="00F971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shd w:val="clear" w:color="auto" w:fill="FFFFFF" w:themeFill="background1"/>
          </w:tcPr>
          <w:p w:rsidR="00A57B1B" w:rsidRPr="004837CC" w:rsidRDefault="00A57B1B" w:rsidP="00EE710B">
            <w:pPr>
              <w:bidi/>
              <w:jc w:val="center"/>
              <w:rPr>
                <w:rFonts w:cs="Cambria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تاریخ</w:t>
            </w:r>
            <w:r>
              <w:rPr>
                <w:rFonts w:cs="Cambria" w:hint="cs"/>
                <w:sz w:val="24"/>
                <w:szCs w:val="24"/>
                <w:rtl/>
              </w:rPr>
              <w:t>:</w:t>
            </w:r>
          </w:p>
        </w:tc>
        <w:tc>
          <w:tcPr>
            <w:tcW w:w="8264" w:type="dxa"/>
            <w:tcBorders>
              <w:top w:val="single" w:sz="4" w:space="0" w:color="auto"/>
              <w:left w:val="dotDash" w:sz="4" w:space="0" w:color="auto"/>
            </w:tcBorders>
            <w:shd w:val="clear" w:color="auto" w:fill="FFFFFF" w:themeFill="background1"/>
          </w:tcPr>
          <w:p w:rsidR="00A57B1B" w:rsidRPr="00AD16B3" w:rsidRDefault="00A57B1B" w:rsidP="00AD16B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57B1B" w:rsidRPr="00AD16B3" w:rsidTr="00F971BB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7" w:type="dxa"/>
          <w:trHeight w:val="6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shd w:val="clear" w:color="auto" w:fill="FFFFFF" w:themeFill="background1"/>
          </w:tcPr>
          <w:p w:rsidR="00A57B1B" w:rsidRPr="00AD16B3" w:rsidRDefault="00A57B1B" w:rsidP="00EE710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تعداد بار:</w:t>
            </w:r>
          </w:p>
        </w:tc>
        <w:tc>
          <w:tcPr>
            <w:tcW w:w="8264" w:type="dxa"/>
            <w:tcBorders>
              <w:left w:val="dotDash" w:sz="4" w:space="0" w:color="auto"/>
            </w:tcBorders>
            <w:shd w:val="clear" w:color="auto" w:fill="FFFFFF" w:themeFill="background1"/>
          </w:tcPr>
          <w:p w:rsidR="00A57B1B" w:rsidRPr="00AD16B3" w:rsidRDefault="00A57B1B" w:rsidP="00AD16B3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57B1B" w:rsidRPr="00AD16B3" w:rsidTr="00F971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shd w:val="clear" w:color="auto" w:fill="FFFFFF" w:themeFill="background1"/>
          </w:tcPr>
          <w:p w:rsidR="00A57B1B" w:rsidRPr="00AD16B3" w:rsidRDefault="00A57B1B" w:rsidP="00EE710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نوع جنس:</w:t>
            </w:r>
          </w:p>
        </w:tc>
        <w:tc>
          <w:tcPr>
            <w:tcW w:w="8264" w:type="dxa"/>
            <w:tcBorders>
              <w:left w:val="dotDash" w:sz="4" w:space="0" w:color="auto"/>
            </w:tcBorders>
            <w:shd w:val="clear" w:color="auto" w:fill="FFFFFF" w:themeFill="background1"/>
          </w:tcPr>
          <w:p w:rsidR="00A57B1B" w:rsidRPr="00AD16B3" w:rsidRDefault="00A57B1B" w:rsidP="00AD16B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57B1B" w:rsidRPr="00AD16B3" w:rsidTr="00F971BB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7" w:type="dxa"/>
          <w:trHeight w:val="1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shd w:val="clear" w:color="auto" w:fill="FFFFFF" w:themeFill="background1"/>
          </w:tcPr>
          <w:p w:rsidR="00EE710B" w:rsidRDefault="00EE710B" w:rsidP="00EE710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A57B1B" w:rsidRPr="00AD16B3" w:rsidRDefault="00A57B1B" w:rsidP="00EE710B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فرستنده:</w:t>
            </w:r>
          </w:p>
        </w:tc>
        <w:tc>
          <w:tcPr>
            <w:tcW w:w="8264" w:type="dxa"/>
            <w:tcBorders>
              <w:left w:val="dotDash" w:sz="4" w:space="0" w:color="auto"/>
            </w:tcBorders>
            <w:shd w:val="clear" w:color="auto" w:fill="FFFFFF" w:themeFill="background1"/>
          </w:tcPr>
          <w:p w:rsidR="00A57B1B" w:rsidRPr="00AD16B3" w:rsidRDefault="00A57B1B" w:rsidP="00AD16B3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57B1B" w:rsidRPr="00AD16B3" w:rsidTr="00F971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6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shd w:val="clear" w:color="auto" w:fill="FFFFFF" w:themeFill="background1"/>
          </w:tcPr>
          <w:p w:rsidR="00EE710B" w:rsidRDefault="00EE710B" w:rsidP="00EE710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EE710B" w:rsidRDefault="00EE710B" w:rsidP="00EE710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A57B1B" w:rsidRPr="00AD16B3" w:rsidRDefault="00A57B1B" w:rsidP="00EE710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گیرنده:</w:t>
            </w:r>
          </w:p>
        </w:tc>
        <w:tc>
          <w:tcPr>
            <w:tcW w:w="8264" w:type="dxa"/>
            <w:tcBorders>
              <w:left w:val="dotDash" w:sz="4" w:space="0" w:color="auto"/>
            </w:tcBorders>
            <w:shd w:val="clear" w:color="auto" w:fill="FFFFFF" w:themeFill="background1"/>
          </w:tcPr>
          <w:p w:rsidR="00A57B1B" w:rsidRPr="00AD16B3" w:rsidRDefault="00A57B1B" w:rsidP="00AD16B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57B1B" w:rsidRPr="00AD16B3" w:rsidTr="00F971BB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7" w:type="dxa"/>
          <w:trHeight w:val="6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shd w:val="clear" w:color="auto" w:fill="FFFFFF" w:themeFill="background1"/>
          </w:tcPr>
          <w:p w:rsidR="00A57B1B" w:rsidRPr="00AD16B3" w:rsidRDefault="00A57B1B" w:rsidP="00EE710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راننده:</w:t>
            </w:r>
          </w:p>
        </w:tc>
        <w:tc>
          <w:tcPr>
            <w:tcW w:w="8264" w:type="dxa"/>
            <w:tcBorders>
              <w:left w:val="dotDash" w:sz="4" w:space="0" w:color="auto"/>
            </w:tcBorders>
            <w:shd w:val="clear" w:color="auto" w:fill="FFFFFF" w:themeFill="background1"/>
          </w:tcPr>
          <w:p w:rsidR="00A57B1B" w:rsidRPr="00AD16B3" w:rsidRDefault="00A57B1B" w:rsidP="00AD16B3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57B1B" w:rsidRPr="00AD16B3" w:rsidTr="00F971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shd w:val="clear" w:color="auto" w:fill="FFFFFF" w:themeFill="background1"/>
          </w:tcPr>
          <w:p w:rsidR="00A57B1B" w:rsidRPr="00A57B1B" w:rsidRDefault="00A57B1B" w:rsidP="00EE710B">
            <w:pPr>
              <w:bidi/>
              <w:jc w:val="center"/>
              <w:rPr>
                <w:rFonts w:cs="Cambria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کرابه</w:t>
            </w:r>
            <w:r>
              <w:rPr>
                <w:rFonts w:cs="Cambria" w:hint="cs"/>
                <w:sz w:val="24"/>
                <w:szCs w:val="24"/>
                <w:rtl/>
              </w:rPr>
              <w:t>:</w:t>
            </w:r>
          </w:p>
        </w:tc>
        <w:tc>
          <w:tcPr>
            <w:tcW w:w="8264" w:type="dxa"/>
            <w:tcBorders>
              <w:left w:val="dotDash" w:sz="4" w:space="0" w:color="auto"/>
            </w:tcBorders>
            <w:shd w:val="clear" w:color="auto" w:fill="FFFFFF" w:themeFill="background1"/>
          </w:tcPr>
          <w:p w:rsidR="00A57B1B" w:rsidRPr="00AD16B3" w:rsidRDefault="00A57B1B" w:rsidP="00AD16B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A2090" w:rsidRPr="00AD16B3" w:rsidTr="00F971BB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7" w:type="dxa"/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shd w:val="clear" w:color="auto" w:fill="FFFFFF" w:themeFill="background1"/>
          </w:tcPr>
          <w:p w:rsidR="008A2090" w:rsidRDefault="008A2090" w:rsidP="00EE710B">
            <w:pPr>
              <w:bidi/>
              <w:jc w:val="center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نوع بار: کیسه / کارتن</w:t>
            </w:r>
          </w:p>
        </w:tc>
        <w:tc>
          <w:tcPr>
            <w:tcW w:w="8264" w:type="dxa"/>
            <w:tcBorders>
              <w:left w:val="dotDash" w:sz="4" w:space="0" w:color="auto"/>
            </w:tcBorders>
            <w:shd w:val="clear" w:color="auto" w:fill="FFFFFF" w:themeFill="background1"/>
          </w:tcPr>
          <w:p w:rsidR="008A2090" w:rsidRPr="00AD16B3" w:rsidRDefault="008A2090" w:rsidP="00AD16B3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AD16B3" w:rsidRDefault="00AD16B3" w:rsidP="00AD16B3">
      <w:pPr>
        <w:bidi/>
        <w:rPr>
          <w:rFonts w:cs="B Nazanin"/>
          <w:sz w:val="24"/>
          <w:szCs w:val="24"/>
          <w:rtl/>
        </w:rPr>
      </w:pPr>
    </w:p>
    <w:p w:rsidR="00F971BB" w:rsidRPr="00F971BB" w:rsidRDefault="00843F6D" w:rsidP="00F971BB">
      <w:pPr>
        <w:bidi/>
        <w:rPr>
          <w:rFonts w:cs="B Nazanin"/>
          <w:b/>
          <w:bCs/>
          <w:sz w:val="36"/>
          <w:szCs w:val="36"/>
        </w:rPr>
      </w:pPr>
      <w:r>
        <w:rPr>
          <w:rFonts w:cs="B Nazanin" w:hint="cs"/>
          <w:b/>
          <w:bCs/>
          <w:sz w:val="36"/>
          <w:szCs w:val="36"/>
          <w:rtl/>
        </w:rPr>
        <w:t xml:space="preserve"> </w:t>
      </w:r>
      <w:bookmarkStart w:id="0" w:name="_GoBack"/>
      <w:bookmarkEnd w:id="0"/>
      <w:r w:rsidR="00F971BB" w:rsidRPr="00F971BB">
        <w:rPr>
          <w:rFonts w:cs="B Nazanin" w:hint="cs"/>
          <w:b/>
          <w:bCs/>
          <w:sz w:val="36"/>
          <w:szCs w:val="36"/>
          <w:rtl/>
        </w:rPr>
        <w:t xml:space="preserve">مهر و امضاء : </w:t>
      </w:r>
    </w:p>
    <w:sectPr w:rsidR="00F971BB" w:rsidRPr="00F971BB" w:rsidSect="00034616">
      <w:pgSz w:w="12240" w:h="15840"/>
      <w:pgMar w:top="567" w:right="567" w:bottom="567" w:left="567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5CC9"/>
    <w:rsid w:val="0006063C"/>
    <w:rsid w:val="000F422C"/>
    <w:rsid w:val="0015074B"/>
    <w:rsid w:val="0029639D"/>
    <w:rsid w:val="00326F90"/>
    <w:rsid w:val="004837CC"/>
    <w:rsid w:val="00843F6D"/>
    <w:rsid w:val="008A2090"/>
    <w:rsid w:val="008F52CB"/>
    <w:rsid w:val="009A4C6F"/>
    <w:rsid w:val="009C61C4"/>
    <w:rsid w:val="00A57B1B"/>
    <w:rsid w:val="00AA1D8D"/>
    <w:rsid w:val="00AD16B3"/>
    <w:rsid w:val="00B47730"/>
    <w:rsid w:val="00B54AB4"/>
    <w:rsid w:val="00CB0664"/>
    <w:rsid w:val="00EE710B"/>
    <w:rsid w:val="00F971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/"/>
  <w:listSeparator w:val="؛"/>
  <w14:docId w14:val="2ADE997D"/>
  <w14:defaultImageDpi w14:val="300"/>
  <w15:docId w15:val="{A30AD35A-1228-4AF4-855C-C904B599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5E55AB-BBB9-42C0-B40A-EFDE7E24B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 7</cp:lastModifiedBy>
  <cp:revision>11</cp:revision>
  <dcterms:created xsi:type="dcterms:W3CDTF">2013-12-23T23:15:00Z</dcterms:created>
  <dcterms:modified xsi:type="dcterms:W3CDTF">2026-06-22T22:42:00Z</dcterms:modified>
  <cp:category/>
</cp:coreProperties>
</file>